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4D7" w:rsidRDefault="00EB075A">
      <w:pPr>
        <w:wordWrap w:val="0"/>
        <w:autoSpaceDE w:val="0"/>
        <w:autoSpaceDN w:val="0"/>
        <w:spacing w:after="646" w:line="14" w:lineRule="exact"/>
      </w:pPr>
      <w:r>
        <w:rPr>
          <w:noProof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2350135</wp:posOffset>
            </wp:positionH>
            <wp:positionV relativeFrom="page">
              <wp:posOffset>2594101</wp:posOffset>
            </wp:positionV>
            <wp:extent cx="2860040" cy="2860040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4D7" w:rsidRDefault="00EB075A">
      <w:pPr>
        <w:wordWrap w:val="0"/>
        <w:autoSpaceDE w:val="0"/>
        <w:autoSpaceDN w:val="0"/>
        <w:spacing w:before="1319" w:after="3166" w:line="360" w:lineRule="exact"/>
        <w:ind w:left="2915"/>
      </w:pPr>
      <w:r>
        <w:rPr>
          <w:rFonts w:ascii="Calibri" w:eastAsia="Calibri" w:hAnsi="Calibri"/>
          <w:color w:val="000000"/>
          <w:spacing w:val="2"/>
          <w:sz w:val="36"/>
        </w:rPr>
        <w:t>Castleknock</w:t>
      </w:r>
      <w:r>
        <w:rPr>
          <w:rFonts w:ascii="Times New Roman" w:eastAsia="Times New Roman" w:hAnsi="Times New Roman"/>
          <w:color w:val="000000"/>
          <w:spacing w:val="-14"/>
          <w:sz w:val="36"/>
        </w:rPr>
        <w:t xml:space="preserve"> </w:t>
      </w:r>
      <w:r>
        <w:rPr>
          <w:rFonts w:ascii="Calibri" w:eastAsia="Calibri" w:hAnsi="Calibri"/>
          <w:color w:val="000000"/>
          <w:spacing w:val="1"/>
          <w:sz w:val="36"/>
        </w:rPr>
        <w:t>Golf</w:t>
      </w:r>
      <w:r>
        <w:rPr>
          <w:rFonts w:ascii="Times New Roman" w:eastAsia="Times New Roman" w:hAnsi="Times New Roman"/>
          <w:color w:val="000000"/>
          <w:spacing w:val="-15"/>
          <w:sz w:val="36"/>
        </w:rPr>
        <w:t xml:space="preserve"> </w:t>
      </w:r>
      <w:r>
        <w:rPr>
          <w:rFonts w:ascii="Calibri" w:eastAsia="Calibri" w:hAnsi="Calibri"/>
          <w:color w:val="000000"/>
          <w:spacing w:val="7"/>
          <w:sz w:val="36"/>
        </w:rPr>
        <w:t>Club</w:t>
      </w:r>
    </w:p>
    <w:p w:rsidR="00A864D7" w:rsidRDefault="00EB075A" w:rsidP="00AD10ED">
      <w:pPr>
        <w:wordWrap w:val="0"/>
        <w:autoSpaceDE w:val="0"/>
        <w:autoSpaceDN w:val="0"/>
        <w:spacing w:before="6332" w:after="0" w:line="405" w:lineRule="exact"/>
        <w:ind w:left="1714"/>
        <w:rPr>
          <w:rFonts w:ascii="Calibri" w:eastAsia="Calibri" w:hAnsi="Calibri"/>
          <w:color w:val="000000"/>
          <w:spacing w:val="3"/>
          <w:sz w:val="41"/>
        </w:rPr>
      </w:pPr>
      <w:r>
        <w:rPr>
          <w:rFonts w:ascii="Calibri" w:eastAsia="Calibri" w:hAnsi="Calibri"/>
          <w:color w:val="000000"/>
          <w:spacing w:val="-4"/>
          <w:sz w:val="41"/>
        </w:rPr>
        <w:t>Junior</w:t>
      </w:r>
      <w:r>
        <w:rPr>
          <w:rFonts w:ascii="Times New Roman" w:eastAsia="Times New Roman" w:hAnsi="Times New Roman"/>
          <w:color w:val="000000"/>
          <w:spacing w:val="-12"/>
          <w:sz w:val="41"/>
        </w:rPr>
        <w:t xml:space="preserve"> </w:t>
      </w:r>
      <w:r>
        <w:rPr>
          <w:rFonts w:ascii="Calibri" w:eastAsia="Calibri" w:hAnsi="Calibri"/>
          <w:color w:val="000000"/>
          <w:spacing w:val="-6"/>
          <w:sz w:val="41"/>
        </w:rPr>
        <w:t>Club</w:t>
      </w:r>
      <w:r>
        <w:rPr>
          <w:rFonts w:ascii="Times New Roman" w:eastAsia="Times New Roman" w:hAnsi="Times New Roman"/>
          <w:color w:val="000000"/>
          <w:spacing w:val="-12"/>
          <w:sz w:val="41"/>
        </w:rPr>
        <w:t xml:space="preserve"> </w:t>
      </w:r>
      <w:r>
        <w:rPr>
          <w:rFonts w:ascii="Calibri" w:eastAsia="Calibri" w:hAnsi="Calibri"/>
          <w:color w:val="000000"/>
          <w:spacing w:val="-3"/>
          <w:sz w:val="41"/>
        </w:rPr>
        <w:t>Information</w:t>
      </w:r>
      <w:r>
        <w:rPr>
          <w:rFonts w:ascii="Times New Roman" w:eastAsia="Times New Roman" w:hAnsi="Times New Roman"/>
          <w:color w:val="000000"/>
          <w:spacing w:val="-12"/>
          <w:sz w:val="41"/>
        </w:rPr>
        <w:t xml:space="preserve"> </w:t>
      </w:r>
      <w:r>
        <w:rPr>
          <w:rFonts w:ascii="Calibri" w:eastAsia="Calibri" w:hAnsi="Calibri"/>
          <w:color w:val="000000"/>
          <w:spacing w:val="-4"/>
          <w:sz w:val="41"/>
        </w:rPr>
        <w:t>Pack</w:t>
      </w:r>
      <w:r>
        <w:rPr>
          <w:rFonts w:ascii="Times New Roman" w:eastAsia="Times New Roman" w:hAnsi="Times New Roman"/>
          <w:color w:val="000000"/>
          <w:spacing w:val="-12"/>
          <w:sz w:val="41"/>
        </w:rPr>
        <w:t xml:space="preserve"> </w:t>
      </w:r>
      <w:r>
        <w:rPr>
          <w:rFonts w:ascii="Calibri" w:eastAsia="Calibri" w:hAnsi="Calibri"/>
          <w:color w:val="000000"/>
          <w:spacing w:val="3"/>
          <w:sz w:val="41"/>
        </w:rPr>
        <w:t>20</w:t>
      </w:r>
    </w:p>
    <w:p w:rsidR="00E33915" w:rsidRDefault="00E33915" w:rsidP="00AD10ED">
      <w:pPr>
        <w:wordWrap w:val="0"/>
        <w:autoSpaceDE w:val="0"/>
        <w:autoSpaceDN w:val="0"/>
        <w:spacing w:before="6332" w:after="0" w:line="405" w:lineRule="exact"/>
        <w:ind w:left="1714"/>
        <w:sectPr w:rsidR="00E33915">
          <w:pgSz w:w="11910" w:h="16845"/>
          <w:pgMar w:top="1294" w:right="1440" w:bottom="1440" w:left="1440" w:header="720" w:footer="720" w:gutter="0"/>
          <w:cols w:space="720" w:equalWidth="0">
            <w:col w:w="9030" w:space="0"/>
          </w:cols>
          <w:docGrid w:linePitch="360"/>
        </w:sectPr>
      </w:pPr>
      <w:bookmarkStart w:id="0" w:name="_GoBack"/>
      <w:bookmarkEnd w:id="0"/>
    </w:p>
    <w:p w:rsidR="00AD10ED" w:rsidRPr="00AD10ED" w:rsidRDefault="00EB075A" w:rsidP="00AD10ED">
      <w:pPr>
        <w:wordWrap w:val="0"/>
        <w:autoSpaceDE w:val="0"/>
        <w:autoSpaceDN w:val="0"/>
        <w:spacing w:before="762" w:after="99" w:line="285" w:lineRule="exact"/>
        <w:rPr>
          <w:rFonts w:ascii="Calibri" w:eastAsia="Calibri" w:hAnsi="Calibri"/>
          <w:b/>
          <w:color w:val="2E5395"/>
          <w:spacing w:val="8"/>
          <w:sz w:val="29"/>
        </w:rPr>
      </w:pPr>
      <w:r>
        <w:rPr>
          <w:rFonts w:ascii="Calibri" w:eastAsia="Calibri" w:hAnsi="Calibri"/>
          <w:b/>
          <w:color w:val="2E5395"/>
          <w:spacing w:val="6"/>
          <w:sz w:val="29"/>
        </w:rPr>
        <w:lastRenderedPageBreak/>
        <w:t>Table</w:t>
      </w:r>
      <w:r>
        <w:rPr>
          <w:rFonts w:ascii="Times New Roman" w:eastAsia="Times New Roman" w:hAnsi="Times New Roman"/>
          <w:b/>
          <w:color w:val="2E5395"/>
          <w:spacing w:val="2"/>
          <w:sz w:val="29"/>
        </w:rPr>
        <w:t xml:space="preserve"> </w:t>
      </w:r>
      <w:r>
        <w:rPr>
          <w:rFonts w:ascii="Calibri" w:eastAsia="Calibri" w:hAnsi="Calibri"/>
          <w:b/>
          <w:color w:val="2E5395"/>
          <w:spacing w:val="11"/>
          <w:sz w:val="29"/>
        </w:rPr>
        <w:t>of</w:t>
      </w:r>
      <w:r>
        <w:rPr>
          <w:rFonts w:ascii="Times New Roman" w:eastAsia="Times New Roman" w:hAnsi="Times New Roman"/>
          <w:b/>
          <w:color w:val="2E5395"/>
          <w:spacing w:val="2"/>
          <w:sz w:val="29"/>
        </w:rPr>
        <w:t xml:space="preserve"> </w:t>
      </w:r>
      <w:r>
        <w:rPr>
          <w:rFonts w:ascii="Calibri" w:eastAsia="Calibri" w:hAnsi="Calibri"/>
          <w:b/>
          <w:color w:val="2E5395"/>
          <w:spacing w:val="8"/>
          <w:sz w:val="29"/>
        </w:rPr>
        <w:t>Contents</w:t>
      </w:r>
    </w:p>
    <w:p w:rsidR="00A864D7" w:rsidRDefault="00EB075A">
      <w:pPr>
        <w:wordWrap w:val="0"/>
        <w:autoSpaceDE w:val="0"/>
        <w:autoSpaceDN w:val="0"/>
        <w:spacing w:before="199" w:after="96" w:line="240" w:lineRule="exact"/>
        <w:ind w:left="40"/>
      </w:pPr>
      <w:r>
        <w:rPr>
          <w:rFonts w:ascii="Calibri" w:eastAsia="Calibri" w:hAnsi="Calibri"/>
          <w:b/>
          <w:i/>
          <w:color w:val="000000"/>
          <w:sz w:val="24"/>
        </w:rPr>
        <w:t>Section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1</w:t>
      </w:r>
      <w:r>
        <w:rPr>
          <w:rFonts w:ascii="Calibri" w:eastAsia="Calibri" w:hAnsi="Calibri"/>
          <w:b/>
          <w:i/>
          <w:color w:val="000000"/>
          <w:spacing w:val="-6"/>
          <w:sz w:val="24"/>
        </w:rPr>
        <w:t>: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z w:val="24"/>
        </w:rPr>
        <w:t>Introduction</w:t>
      </w:r>
      <w:r>
        <w:rPr>
          <w:rFonts w:ascii="Calibri" w:eastAsia="Calibri" w:hAnsi="Calibri"/>
          <w:b/>
          <w:i/>
          <w:color w:val="000000"/>
          <w:spacing w:val="-24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4"/>
          <w:sz w:val="24"/>
        </w:rPr>
        <w:t>..............................................................................................................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4</w:t>
      </w:r>
    </w:p>
    <w:p w:rsidR="00A864D7" w:rsidRDefault="00EB075A">
      <w:pPr>
        <w:wordWrap w:val="0"/>
        <w:autoSpaceDE w:val="0"/>
        <w:autoSpaceDN w:val="0"/>
        <w:spacing w:before="191" w:after="97" w:line="225" w:lineRule="exact"/>
        <w:ind w:left="265"/>
      </w:pPr>
      <w:r>
        <w:rPr>
          <w:rFonts w:ascii="Calibri" w:eastAsia="Calibri" w:hAnsi="Calibri"/>
          <w:b/>
          <w:color w:val="000000"/>
        </w:rPr>
        <w:t>Introduction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4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-3"/>
        </w:rPr>
        <w:t>2023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Committee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</w:t>
      </w:r>
      <w:r>
        <w:rPr>
          <w:rFonts w:ascii="Calibri" w:eastAsia="Calibri" w:hAnsi="Calibri"/>
          <w:b/>
          <w:color w:val="000000"/>
          <w:spacing w:val="1"/>
        </w:rPr>
        <w:t>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4</w:t>
      </w:r>
    </w:p>
    <w:p w:rsidR="00A864D7" w:rsidRDefault="00EB075A">
      <w:pPr>
        <w:wordWrap w:val="0"/>
        <w:autoSpaceDE w:val="0"/>
        <w:autoSpaceDN w:val="0"/>
        <w:spacing w:before="180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Junior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Captains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4</w:t>
      </w:r>
    </w:p>
    <w:p w:rsidR="00A864D7" w:rsidRDefault="00EB075A">
      <w:pPr>
        <w:wordWrap w:val="0"/>
        <w:autoSpaceDE w:val="0"/>
        <w:autoSpaceDN w:val="0"/>
        <w:spacing w:before="180" w:after="98" w:line="225" w:lineRule="exact"/>
        <w:ind w:left="265"/>
      </w:pPr>
      <w:r>
        <w:rPr>
          <w:rFonts w:ascii="Calibri" w:eastAsia="Calibri" w:hAnsi="Calibri"/>
          <w:b/>
          <w:color w:val="000000"/>
          <w:spacing w:val="3"/>
        </w:rPr>
        <w:t>Goal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of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5"/>
        </w:rPr>
        <w:t>club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4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1"/>
        </w:rPr>
        <w:t>Members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Website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5</w:t>
      </w:r>
    </w:p>
    <w:p w:rsidR="00A864D7" w:rsidRDefault="00EB075A">
      <w:pPr>
        <w:wordWrap w:val="0"/>
        <w:autoSpaceDE w:val="0"/>
        <w:autoSpaceDN w:val="0"/>
        <w:spacing w:before="180" w:after="92" w:line="225" w:lineRule="exact"/>
        <w:ind w:left="265"/>
      </w:pPr>
      <w:r>
        <w:rPr>
          <w:rFonts w:ascii="Calibri" w:eastAsia="Calibri" w:hAnsi="Calibri"/>
          <w:b/>
          <w:color w:val="000000"/>
          <w:spacing w:val="3"/>
        </w:rPr>
        <w:t>Role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of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2"/>
        </w:rPr>
        <w:t>Carr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Golf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5</w:t>
      </w:r>
    </w:p>
    <w:p w:rsidR="00A864D7" w:rsidRDefault="00EB075A">
      <w:pPr>
        <w:wordWrap w:val="0"/>
        <w:autoSpaceDE w:val="0"/>
        <w:autoSpaceDN w:val="0"/>
        <w:spacing w:before="184" w:after="96" w:line="240" w:lineRule="exact"/>
        <w:ind w:left="40"/>
      </w:pPr>
      <w:r>
        <w:rPr>
          <w:rFonts w:ascii="Calibri" w:eastAsia="Calibri" w:hAnsi="Calibri"/>
          <w:b/>
          <w:i/>
          <w:color w:val="000000"/>
          <w:sz w:val="24"/>
        </w:rPr>
        <w:t>Section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2</w:t>
      </w:r>
      <w:r>
        <w:rPr>
          <w:rFonts w:ascii="Calibri" w:eastAsia="Calibri" w:hAnsi="Calibri"/>
          <w:b/>
          <w:i/>
          <w:color w:val="000000"/>
          <w:spacing w:val="-6"/>
          <w:sz w:val="24"/>
        </w:rPr>
        <w:t>: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3"/>
          <w:sz w:val="24"/>
        </w:rPr>
        <w:t>Child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2"/>
          <w:sz w:val="24"/>
        </w:rPr>
        <w:t>Welfare</w:t>
      </w:r>
      <w:r>
        <w:rPr>
          <w:rFonts w:ascii="Calibri" w:eastAsia="Calibri" w:hAnsi="Calibri"/>
          <w:b/>
          <w:i/>
          <w:color w:val="000000"/>
          <w:spacing w:val="-24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4"/>
          <w:sz w:val="24"/>
        </w:rPr>
        <w:t>............................................................................................................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6</w:t>
      </w:r>
    </w:p>
    <w:p w:rsidR="00A864D7" w:rsidRDefault="00EB075A">
      <w:pPr>
        <w:wordWrap w:val="0"/>
        <w:autoSpaceDE w:val="0"/>
        <w:autoSpaceDN w:val="0"/>
        <w:spacing w:before="192" w:after="98" w:line="225" w:lineRule="exact"/>
        <w:ind w:left="265"/>
      </w:pPr>
      <w:r>
        <w:rPr>
          <w:rFonts w:ascii="Calibri" w:eastAsia="Calibri" w:hAnsi="Calibri"/>
          <w:b/>
          <w:color w:val="000000"/>
        </w:rPr>
        <w:t>Roles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6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1"/>
        </w:rPr>
        <w:t>Safeguarding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policies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6</w:t>
      </w:r>
    </w:p>
    <w:p w:rsidR="00A864D7" w:rsidRDefault="00EB075A">
      <w:pPr>
        <w:wordWrap w:val="0"/>
        <w:autoSpaceDE w:val="0"/>
        <w:autoSpaceDN w:val="0"/>
        <w:spacing w:before="180" w:after="90" w:line="225" w:lineRule="exact"/>
        <w:ind w:left="265"/>
      </w:pPr>
      <w:r>
        <w:rPr>
          <w:rFonts w:ascii="Calibri" w:eastAsia="Calibri" w:hAnsi="Calibri"/>
          <w:b/>
          <w:color w:val="000000"/>
        </w:rPr>
        <w:t>Our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commitment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</w:t>
      </w:r>
      <w:r>
        <w:rPr>
          <w:rFonts w:ascii="Calibri" w:eastAsia="Calibri" w:hAnsi="Calibri"/>
          <w:b/>
          <w:color w:val="000000"/>
          <w:spacing w:val="1"/>
        </w:rPr>
        <w:t>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6</w:t>
      </w:r>
    </w:p>
    <w:p w:rsidR="00A864D7" w:rsidRDefault="00EB075A">
      <w:pPr>
        <w:wordWrap w:val="0"/>
        <w:autoSpaceDE w:val="0"/>
        <w:autoSpaceDN w:val="0"/>
        <w:spacing w:before="180" w:after="99" w:line="225" w:lineRule="exact"/>
        <w:ind w:left="265"/>
      </w:pPr>
      <w:r>
        <w:rPr>
          <w:rFonts w:ascii="Calibri" w:eastAsia="Calibri" w:hAnsi="Calibri"/>
          <w:b/>
          <w:color w:val="000000"/>
          <w:w w:val="101"/>
        </w:rPr>
        <w:t>Risk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Assessment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6</w:t>
      </w:r>
    </w:p>
    <w:p w:rsidR="00A864D7" w:rsidRDefault="00EB075A">
      <w:pPr>
        <w:wordWrap w:val="0"/>
        <w:autoSpaceDE w:val="0"/>
        <w:autoSpaceDN w:val="0"/>
        <w:spacing w:before="199" w:after="96" w:line="240" w:lineRule="exact"/>
        <w:ind w:left="40"/>
      </w:pPr>
      <w:r>
        <w:rPr>
          <w:rFonts w:ascii="Calibri" w:eastAsia="Calibri" w:hAnsi="Calibri"/>
          <w:b/>
          <w:i/>
          <w:color w:val="000000"/>
          <w:w w:val="99"/>
          <w:sz w:val="24"/>
        </w:rPr>
        <w:t>Section3</w:t>
      </w:r>
      <w:r>
        <w:rPr>
          <w:rFonts w:ascii="Calibri" w:eastAsia="Calibri" w:hAnsi="Calibri"/>
          <w:b/>
          <w:i/>
          <w:color w:val="000000"/>
          <w:spacing w:val="-6"/>
          <w:sz w:val="24"/>
        </w:rPr>
        <w:t>: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w w:val="99"/>
          <w:sz w:val="24"/>
        </w:rPr>
        <w:t>Junior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z w:val="24"/>
        </w:rPr>
        <w:t>Development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,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Coaching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and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2"/>
          <w:sz w:val="24"/>
        </w:rPr>
        <w:t>Cadets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4"/>
          <w:sz w:val="24"/>
        </w:rPr>
        <w:t>..............................................................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8</w:t>
      </w:r>
    </w:p>
    <w:p w:rsidR="00A864D7" w:rsidRDefault="00EB075A">
      <w:pPr>
        <w:wordWrap w:val="0"/>
        <w:autoSpaceDE w:val="0"/>
        <w:autoSpaceDN w:val="0"/>
        <w:spacing w:before="192" w:after="90" w:line="225" w:lineRule="exact"/>
        <w:ind w:left="265"/>
      </w:pPr>
      <w:r>
        <w:rPr>
          <w:rFonts w:ascii="Calibri" w:eastAsia="Calibri" w:hAnsi="Calibri"/>
          <w:b/>
          <w:color w:val="000000"/>
        </w:rPr>
        <w:t>Coaching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8</w:t>
      </w:r>
    </w:p>
    <w:p w:rsidR="00A864D7" w:rsidRDefault="00EB075A">
      <w:pPr>
        <w:wordWrap w:val="0"/>
        <w:autoSpaceDE w:val="0"/>
        <w:autoSpaceDN w:val="0"/>
        <w:spacing w:before="180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Cadets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6"/>
        </w:rPr>
        <w:t>(</w:t>
      </w:r>
      <w:r>
        <w:rPr>
          <w:rFonts w:ascii="Calibri" w:eastAsia="Calibri" w:hAnsi="Calibri"/>
          <w:b/>
          <w:color w:val="000000"/>
          <w:w w:val="99"/>
        </w:rPr>
        <w:t>Category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1</w:t>
      </w:r>
      <w:r>
        <w:rPr>
          <w:rFonts w:ascii="Calibri" w:eastAsia="Calibri" w:hAnsi="Calibri"/>
          <w:b/>
          <w:color w:val="000000"/>
          <w:spacing w:val="11"/>
        </w:rPr>
        <w:t>)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8</w:t>
      </w:r>
    </w:p>
    <w:p w:rsidR="00A864D7" w:rsidRDefault="00EB075A">
      <w:pPr>
        <w:wordWrap w:val="0"/>
        <w:autoSpaceDE w:val="0"/>
        <w:autoSpaceDN w:val="0"/>
        <w:spacing w:before="180" w:after="98" w:line="225" w:lineRule="exact"/>
        <w:ind w:left="265"/>
      </w:pPr>
      <w:r>
        <w:rPr>
          <w:rFonts w:ascii="Calibri" w:eastAsia="Calibri" w:hAnsi="Calibri"/>
          <w:b/>
          <w:color w:val="000000"/>
          <w:spacing w:val="5"/>
        </w:rPr>
        <w:t>New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Joiners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Born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Before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2010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6"/>
        </w:rPr>
        <w:t>(</w:t>
      </w:r>
      <w:r>
        <w:rPr>
          <w:rFonts w:ascii="Calibri" w:eastAsia="Calibri" w:hAnsi="Calibri"/>
          <w:b/>
          <w:color w:val="000000"/>
          <w:w w:val="101"/>
        </w:rPr>
        <w:t>Category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2"/>
        </w:rPr>
        <w:t>2A</w:t>
      </w:r>
      <w:r>
        <w:rPr>
          <w:rFonts w:ascii="Calibri" w:eastAsia="Calibri" w:hAnsi="Calibri"/>
          <w:b/>
          <w:color w:val="000000"/>
          <w:spacing w:val="15"/>
        </w:rPr>
        <w:t>)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8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Existing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Members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Born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before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2010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without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1"/>
        </w:rPr>
        <w:t>a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current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Handicap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6"/>
        </w:rPr>
        <w:t>(</w:t>
      </w:r>
      <w:r>
        <w:rPr>
          <w:rFonts w:ascii="Calibri" w:eastAsia="Calibri" w:hAnsi="Calibri"/>
          <w:b/>
          <w:color w:val="000000"/>
          <w:w w:val="101"/>
        </w:rPr>
        <w:t>Category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2"/>
        </w:rPr>
        <w:t>2b</w:t>
      </w:r>
      <w:r>
        <w:rPr>
          <w:rFonts w:ascii="Calibri" w:eastAsia="Calibri" w:hAnsi="Calibri"/>
          <w:b/>
          <w:color w:val="000000"/>
          <w:w w:val="101"/>
        </w:rPr>
        <w:t>)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9</w:t>
      </w:r>
    </w:p>
    <w:p w:rsidR="00A864D7" w:rsidRDefault="00EB075A">
      <w:pPr>
        <w:wordWrap w:val="0"/>
        <w:autoSpaceDE w:val="0"/>
        <w:autoSpaceDN w:val="0"/>
        <w:spacing w:before="180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Cadet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Progression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9</w:t>
      </w:r>
    </w:p>
    <w:p w:rsidR="00A864D7" w:rsidRDefault="00EB075A">
      <w:pPr>
        <w:wordWrap w:val="0"/>
        <w:autoSpaceDE w:val="0"/>
        <w:autoSpaceDN w:val="0"/>
        <w:spacing w:before="180" w:after="97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Course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Access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4"/>
        </w:rPr>
        <w:t>for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Casual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Golf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9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1"/>
        </w:rPr>
        <w:t>Booking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to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play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Chronogolf................................................................................................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10</w:t>
      </w:r>
    </w:p>
    <w:p w:rsidR="00A864D7" w:rsidRDefault="00EB075A">
      <w:pPr>
        <w:wordWrap w:val="0"/>
        <w:autoSpaceDE w:val="0"/>
        <w:autoSpaceDN w:val="0"/>
        <w:spacing w:before="180" w:after="92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WhatsApp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Cohorts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11</w:t>
      </w:r>
    </w:p>
    <w:p w:rsidR="00A864D7" w:rsidRDefault="00EB075A">
      <w:pPr>
        <w:wordWrap w:val="0"/>
        <w:autoSpaceDE w:val="0"/>
        <w:autoSpaceDN w:val="0"/>
        <w:spacing w:before="184" w:after="96" w:line="240" w:lineRule="exact"/>
        <w:ind w:left="40"/>
      </w:pPr>
      <w:r>
        <w:rPr>
          <w:rFonts w:ascii="Calibri" w:eastAsia="Calibri" w:hAnsi="Calibri"/>
          <w:b/>
          <w:i/>
          <w:color w:val="000000"/>
          <w:sz w:val="24"/>
        </w:rPr>
        <w:t>Section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4</w:t>
      </w:r>
      <w:r>
        <w:rPr>
          <w:rFonts w:ascii="Calibri" w:eastAsia="Calibri" w:hAnsi="Calibri"/>
          <w:b/>
          <w:i/>
          <w:color w:val="000000"/>
          <w:spacing w:val="-6"/>
          <w:sz w:val="24"/>
        </w:rPr>
        <w:t>: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z w:val="24"/>
        </w:rPr>
        <w:t>Interclub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4"/>
          <w:sz w:val="24"/>
        </w:rPr>
        <w:t>..................................................................................................................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1"/>
          <w:sz w:val="24"/>
        </w:rPr>
        <w:t>13</w:t>
      </w:r>
    </w:p>
    <w:p w:rsidR="00A864D7" w:rsidRDefault="00EB075A">
      <w:pPr>
        <w:wordWrap w:val="0"/>
        <w:autoSpaceDE w:val="0"/>
        <w:autoSpaceDN w:val="0"/>
        <w:spacing w:before="191" w:after="98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Junior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Team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Golf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13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Adult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Inter</w:t>
      </w:r>
      <w:r>
        <w:rPr>
          <w:rFonts w:ascii="Calibri" w:eastAsia="Calibri" w:hAnsi="Calibri"/>
          <w:b/>
          <w:color w:val="000000"/>
          <w:spacing w:val="8"/>
        </w:rPr>
        <w:t>-</w:t>
      </w:r>
      <w:r>
        <w:rPr>
          <w:rFonts w:ascii="Calibri" w:eastAsia="Calibri" w:hAnsi="Calibri"/>
          <w:b/>
          <w:color w:val="000000"/>
          <w:spacing w:val="-5"/>
        </w:rPr>
        <w:t>club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13</w:t>
      </w:r>
    </w:p>
    <w:p w:rsidR="00A864D7" w:rsidRDefault="00EB075A">
      <w:pPr>
        <w:wordWrap w:val="0"/>
        <w:autoSpaceDE w:val="0"/>
        <w:autoSpaceDN w:val="0"/>
        <w:spacing w:before="180" w:after="92" w:line="225" w:lineRule="exact"/>
        <w:ind w:left="265"/>
      </w:pPr>
      <w:r>
        <w:rPr>
          <w:rFonts w:ascii="Calibri" w:eastAsia="Calibri" w:hAnsi="Calibri"/>
          <w:b/>
          <w:color w:val="000000"/>
          <w:spacing w:val="3"/>
        </w:rPr>
        <w:t>Liffey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Valley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League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</w:t>
      </w:r>
      <w:r>
        <w:rPr>
          <w:rFonts w:ascii="Calibri" w:eastAsia="Calibri" w:hAnsi="Calibri"/>
          <w:b/>
          <w:color w:val="000000"/>
          <w:spacing w:val="-7"/>
        </w:rPr>
        <w:t>3</w:t>
      </w:r>
    </w:p>
    <w:p w:rsidR="00A864D7" w:rsidRDefault="00EB075A">
      <w:pPr>
        <w:wordWrap w:val="0"/>
        <w:autoSpaceDE w:val="0"/>
        <w:autoSpaceDN w:val="0"/>
        <w:spacing w:before="184" w:after="96" w:line="240" w:lineRule="exact"/>
        <w:ind w:left="40"/>
      </w:pPr>
      <w:r>
        <w:rPr>
          <w:rFonts w:ascii="Calibri" w:eastAsia="Calibri" w:hAnsi="Calibri"/>
          <w:b/>
          <w:i/>
          <w:color w:val="000000"/>
          <w:sz w:val="24"/>
        </w:rPr>
        <w:t>Section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2"/>
          <w:sz w:val="24"/>
        </w:rPr>
        <w:t>5</w:t>
      </w:r>
      <w:r>
        <w:rPr>
          <w:rFonts w:ascii="Calibri" w:eastAsia="Calibri" w:hAnsi="Calibri"/>
          <w:b/>
          <w:i/>
          <w:color w:val="000000"/>
          <w:spacing w:val="-6"/>
          <w:sz w:val="24"/>
        </w:rPr>
        <w:t>:</w:t>
      </w:r>
      <w:r>
        <w:rPr>
          <w:rFonts w:ascii="Calibri" w:eastAsia="Calibri" w:hAnsi="Calibri"/>
          <w:b/>
          <w:i/>
          <w:color w:val="000000"/>
          <w:spacing w:val="6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w w:val="101"/>
          <w:sz w:val="24"/>
        </w:rPr>
        <w:t>Competitions</w:t>
      </w:r>
      <w:r>
        <w:rPr>
          <w:rFonts w:ascii="Calibri" w:eastAsia="Calibri" w:hAnsi="Calibri"/>
          <w:b/>
          <w:i/>
          <w:color w:val="000000"/>
          <w:spacing w:val="-4"/>
          <w:sz w:val="24"/>
        </w:rPr>
        <w:t>..........................................................................................................</w:t>
      </w:r>
      <w:r>
        <w:rPr>
          <w:rFonts w:ascii="Calibri" w:eastAsia="Calibri" w:hAnsi="Calibri"/>
          <w:b/>
          <w:i/>
          <w:color w:val="000000"/>
          <w:spacing w:val="-39"/>
          <w:sz w:val="24"/>
        </w:rPr>
        <w:t xml:space="preserve"> </w:t>
      </w:r>
      <w:r>
        <w:rPr>
          <w:rFonts w:ascii="Calibri" w:eastAsia="Calibri" w:hAnsi="Calibri"/>
          <w:b/>
          <w:i/>
          <w:color w:val="000000"/>
          <w:spacing w:val="-1"/>
          <w:sz w:val="24"/>
        </w:rPr>
        <w:t>15</w:t>
      </w:r>
    </w:p>
    <w:p w:rsidR="00A864D7" w:rsidRDefault="00EB075A">
      <w:pPr>
        <w:wordWrap w:val="0"/>
        <w:autoSpaceDE w:val="0"/>
        <w:autoSpaceDN w:val="0"/>
        <w:spacing w:before="191" w:after="98" w:line="225" w:lineRule="exact"/>
        <w:ind w:left="265"/>
      </w:pPr>
      <w:r>
        <w:rPr>
          <w:rFonts w:ascii="Calibri" w:eastAsia="Calibri" w:hAnsi="Calibri"/>
          <w:b/>
          <w:color w:val="000000"/>
        </w:rPr>
        <w:t>Participation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15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Competition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Account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15</w:t>
      </w:r>
    </w:p>
    <w:p w:rsidR="00A864D7" w:rsidRDefault="00EB075A">
      <w:pPr>
        <w:wordWrap w:val="0"/>
        <w:autoSpaceDE w:val="0"/>
        <w:autoSpaceDN w:val="0"/>
        <w:spacing w:before="180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Adult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Competitions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15</w:t>
      </w:r>
    </w:p>
    <w:p w:rsidR="00A864D7" w:rsidRDefault="00EB075A">
      <w:pPr>
        <w:wordWrap w:val="0"/>
        <w:autoSpaceDE w:val="0"/>
        <w:autoSpaceDN w:val="0"/>
        <w:spacing w:before="180" w:after="98" w:line="225" w:lineRule="exact"/>
        <w:ind w:left="265"/>
      </w:pPr>
      <w:r>
        <w:rPr>
          <w:rFonts w:ascii="Calibri" w:eastAsia="Calibri" w:hAnsi="Calibri"/>
          <w:b/>
          <w:color w:val="000000"/>
          <w:spacing w:val="2"/>
        </w:rPr>
        <w:t>Section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6</w:t>
      </w:r>
      <w:r>
        <w:rPr>
          <w:rFonts w:ascii="Calibri" w:eastAsia="Calibri" w:hAnsi="Calibri"/>
          <w:b/>
          <w:color w:val="000000"/>
          <w:w w:val="99"/>
        </w:rPr>
        <w:t>: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Handicaps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and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Recording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Scores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16</w:t>
      </w:r>
    </w:p>
    <w:p w:rsidR="00A864D7" w:rsidRDefault="00EB075A">
      <w:pPr>
        <w:wordWrap w:val="0"/>
        <w:autoSpaceDE w:val="0"/>
        <w:autoSpaceDN w:val="0"/>
        <w:spacing w:before="195" w:after="90" w:line="225" w:lineRule="exact"/>
        <w:ind w:left="265"/>
      </w:pPr>
      <w:r>
        <w:rPr>
          <w:rFonts w:ascii="Calibri" w:eastAsia="Calibri" w:hAnsi="Calibri"/>
          <w:b/>
          <w:color w:val="000000"/>
          <w:spacing w:val="3"/>
        </w:rPr>
        <w:t>Before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your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round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16</w:t>
      </w:r>
    </w:p>
    <w:p w:rsidR="00A864D7" w:rsidRDefault="00EB075A" w:rsidP="00AD10ED">
      <w:pPr>
        <w:wordWrap w:val="0"/>
        <w:autoSpaceDE w:val="0"/>
        <w:autoSpaceDN w:val="0"/>
        <w:spacing w:before="180" w:after="0" w:line="225" w:lineRule="exact"/>
        <w:ind w:left="265"/>
        <w:sectPr w:rsidR="00A864D7">
          <w:pgSz w:w="11910" w:h="16845"/>
          <w:pgMar w:top="736" w:right="1348" w:bottom="866" w:left="1402" w:header="720" w:footer="720" w:gutter="0"/>
          <w:cols w:space="720" w:equalWidth="0">
            <w:col w:w="9160" w:space="0"/>
          </w:cols>
          <w:docGrid w:linePitch="360"/>
        </w:sectPr>
      </w:pPr>
      <w:r>
        <w:rPr>
          <w:rFonts w:ascii="Calibri" w:eastAsia="Calibri" w:hAnsi="Calibri"/>
          <w:b/>
          <w:color w:val="000000"/>
          <w:w w:val="101"/>
        </w:rPr>
        <w:t>During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4"/>
        </w:rPr>
        <w:t>a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round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 w:rsidR="00AD10ED">
        <w:rPr>
          <w:rFonts w:ascii="Times New Roman" w:eastAsia="Times New Roman" w:hAnsi="Times New Roman"/>
          <w:b/>
          <w:color w:val="000000"/>
          <w:spacing w:val="-10"/>
        </w:rPr>
        <w:t>16</w:t>
      </w:r>
    </w:p>
    <w:p w:rsidR="00A864D7" w:rsidRDefault="00EB075A" w:rsidP="00AD10ED">
      <w:pPr>
        <w:wordWrap w:val="0"/>
        <w:autoSpaceDE w:val="0"/>
        <w:autoSpaceDN w:val="0"/>
        <w:spacing w:before="753" w:after="0" w:line="225" w:lineRule="exact"/>
      </w:pPr>
      <w:r>
        <w:rPr>
          <w:rFonts w:ascii="Calibri" w:eastAsia="Calibri" w:hAnsi="Calibri"/>
          <w:b/>
          <w:color w:val="000000"/>
        </w:rPr>
        <w:lastRenderedPageBreak/>
        <w:t>At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end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of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round</w:t>
      </w:r>
      <w:r>
        <w:rPr>
          <w:rFonts w:ascii="Calibri" w:eastAsia="Calibri" w:hAnsi="Calibri"/>
          <w:b/>
          <w:color w:val="000000"/>
          <w:spacing w:val="1"/>
        </w:rPr>
        <w:t>..........................................................................................................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7"/>
        </w:rPr>
        <w:t>16</w:t>
      </w:r>
    </w:p>
    <w:p w:rsidR="00A864D7" w:rsidRDefault="00EB075A">
      <w:pPr>
        <w:wordWrap w:val="0"/>
        <w:autoSpaceDE w:val="0"/>
        <w:autoSpaceDN w:val="0"/>
        <w:spacing w:after="365" w:line="14" w:lineRule="exact"/>
      </w:pPr>
      <w:r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3717988</wp:posOffset>
            </wp:positionV>
            <wp:extent cx="2880360" cy="213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3937317</wp:posOffset>
            </wp:positionV>
            <wp:extent cx="2880360" cy="2006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4347273</wp:posOffset>
            </wp:positionV>
            <wp:extent cx="2880360" cy="20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4766627</wp:posOffset>
            </wp:positionV>
            <wp:extent cx="2880360" cy="203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5176773</wp:posOffset>
            </wp:positionV>
            <wp:extent cx="2880360" cy="2006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5586729</wp:posOffset>
            </wp:positionV>
            <wp:extent cx="2880360" cy="203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2784855</wp:posOffset>
            </wp:positionH>
            <wp:positionV relativeFrom="page">
              <wp:posOffset>6006210</wp:posOffset>
            </wp:positionV>
            <wp:extent cx="2880360" cy="203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3746881</wp:posOffset>
            </wp:positionV>
            <wp:extent cx="1840865" cy="1828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3965892</wp:posOffset>
            </wp:positionV>
            <wp:extent cx="1840865" cy="1727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4375848</wp:posOffset>
            </wp:positionV>
            <wp:extent cx="1840865" cy="1752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4795202</wp:posOffset>
            </wp:positionV>
            <wp:extent cx="1840865" cy="1752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5205348</wp:posOffset>
            </wp:positionV>
            <wp:extent cx="1840865" cy="1727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5615304</wp:posOffset>
            </wp:positionV>
            <wp:extent cx="1840865" cy="1752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925194</wp:posOffset>
            </wp:positionH>
            <wp:positionV relativeFrom="page">
              <wp:posOffset>6034785</wp:posOffset>
            </wp:positionV>
            <wp:extent cx="1840865" cy="1752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4D7" w:rsidRDefault="00EB075A" w:rsidP="00AD10ED">
      <w:pPr>
        <w:wordWrap w:val="0"/>
        <w:autoSpaceDE w:val="0"/>
        <w:autoSpaceDN w:val="0"/>
        <w:spacing w:before="758" w:after="75" w:line="315" w:lineRule="exact"/>
      </w:pPr>
      <w:r>
        <w:rPr>
          <w:rFonts w:ascii="Calibri" w:eastAsia="Calibri" w:hAnsi="Calibri"/>
          <w:color w:val="2E5395"/>
          <w:spacing w:val="-2"/>
          <w:sz w:val="32"/>
        </w:rPr>
        <w:t>Section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3"/>
          <w:sz w:val="32"/>
        </w:rPr>
        <w:t>1</w:t>
      </w:r>
      <w:r>
        <w:rPr>
          <w:rFonts w:ascii="Calibri" w:eastAsia="Calibri" w:hAnsi="Calibri"/>
          <w:color w:val="2E5395"/>
          <w:spacing w:val="4"/>
          <w:sz w:val="32"/>
        </w:rPr>
        <w:t>:</w:t>
      </w:r>
      <w:r>
        <w:rPr>
          <w:rFonts w:ascii="Times New Roman" w:eastAsia="Times New Roman" w:hAnsi="Times New Roman"/>
          <w:color w:val="2E5395"/>
          <w:spacing w:val="-1"/>
          <w:sz w:val="32"/>
        </w:rPr>
        <w:t xml:space="preserve"> </w:t>
      </w:r>
      <w:r>
        <w:rPr>
          <w:rFonts w:ascii="Calibri" w:eastAsia="Calibri" w:hAnsi="Calibri"/>
          <w:color w:val="2E5395"/>
          <w:spacing w:val="-3"/>
          <w:sz w:val="32"/>
        </w:rPr>
        <w:t>Introduction</w:t>
      </w:r>
    </w:p>
    <w:p w:rsidR="00A864D7" w:rsidRDefault="00EB075A">
      <w:pPr>
        <w:wordWrap w:val="0"/>
        <w:autoSpaceDE w:val="0"/>
        <w:autoSpaceDN w:val="0"/>
        <w:spacing w:before="150" w:after="34" w:line="255" w:lineRule="exact"/>
        <w:ind w:left="55"/>
      </w:pPr>
      <w:r>
        <w:rPr>
          <w:rFonts w:ascii="Calibri" w:eastAsia="Calibri" w:hAnsi="Calibri"/>
          <w:color w:val="2E5395"/>
          <w:spacing w:val="-1"/>
          <w:sz w:val="26"/>
        </w:rPr>
        <w:t>Introduction</w:t>
      </w:r>
    </w:p>
    <w:p w:rsidR="00A864D7" w:rsidRDefault="00EB075A">
      <w:pPr>
        <w:wordWrap w:val="0"/>
        <w:autoSpaceDE w:val="0"/>
        <w:autoSpaceDN w:val="0"/>
        <w:spacing w:before="67" w:after="112" w:line="225" w:lineRule="exact"/>
        <w:ind w:left="55"/>
      </w:pPr>
      <w:r>
        <w:rPr>
          <w:rFonts w:ascii="Calibri" w:eastAsia="Calibri" w:hAnsi="Calibri"/>
          <w:color w:val="2A2A2A"/>
          <w:spacing w:val="3"/>
        </w:rPr>
        <w:t>Welcome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to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another</w:t>
      </w:r>
      <w:r>
        <w:rPr>
          <w:rFonts w:ascii="Times New Roman" w:eastAsia="Times New Roman" w:hAnsi="Times New Roman"/>
          <w:color w:val="2A2A2A"/>
          <w:spacing w:val="-6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year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golf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for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our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junior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members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and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their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parents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w w:val="99"/>
        </w:rPr>
        <w:t>in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Castleknock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golf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Club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55"/>
      </w:pPr>
      <w:r>
        <w:rPr>
          <w:rFonts w:ascii="Calibri" w:eastAsia="Calibri" w:hAnsi="Calibri"/>
          <w:color w:val="2A2A2A"/>
          <w:spacing w:val="-6"/>
        </w:rPr>
        <w:t>2023</w:t>
      </w:r>
      <w:r>
        <w:rPr>
          <w:rFonts w:ascii="Times New Roman" w:eastAsia="Times New Roman" w:hAnsi="Times New Roman"/>
          <w:color w:val="2A2A2A"/>
          <w:spacing w:val="2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marks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the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</w:rPr>
        <w:t>8th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year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existence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the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Junior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Club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w w:val="99"/>
        </w:rPr>
        <w:t>in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Castleknock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Golf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Club</w:t>
      </w:r>
      <w:r>
        <w:rPr>
          <w:rFonts w:ascii="Calibri" w:eastAsia="Calibri" w:hAnsi="Calibri"/>
          <w:color w:val="2A2A2A"/>
          <w:spacing w:val="4"/>
        </w:rPr>
        <w:t>.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In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-6"/>
        </w:rPr>
        <w:t>2022</w:t>
      </w:r>
      <w:r>
        <w:rPr>
          <w:rFonts w:ascii="Calibri" w:eastAsia="Calibri" w:hAnsi="Calibri"/>
          <w:color w:val="2A2A2A"/>
          <w:spacing w:val="5"/>
        </w:rPr>
        <w:t>,</w:t>
      </w:r>
      <w:r>
        <w:rPr>
          <w:rFonts w:ascii="Times New Roman" w:eastAsia="Times New Roman" w:hAnsi="Times New Roman"/>
          <w:color w:val="2A2A2A"/>
          <w:spacing w:val="20"/>
        </w:rPr>
        <w:t xml:space="preserve"> </w:t>
      </w:r>
      <w:r>
        <w:rPr>
          <w:rFonts w:ascii="Calibri" w:eastAsia="Calibri" w:hAnsi="Calibri"/>
          <w:color w:val="2A2A2A"/>
          <w:spacing w:val="9"/>
        </w:rPr>
        <w:t>we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saw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55"/>
      </w:pPr>
      <w:r>
        <w:rPr>
          <w:rFonts w:ascii="Calibri" w:eastAsia="Calibri" w:hAnsi="Calibri"/>
          <w:color w:val="2A2A2A"/>
          <w:spacing w:val="3"/>
        </w:rPr>
        <w:t>continued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progression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our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Junior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Club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with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</w:rPr>
        <w:t>a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number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Juniors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7"/>
        </w:rPr>
        <w:t>represent</w:t>
      </w:r>
      <w:r>
        <w:rPr>
          <w:rFonts w:ascii="Calibri" w:eastAsia="Calibri" w:hAnsi="Calibri"/>
          <w:color w:val="2A2A2A"/>
        </w:rPr>
        <w:t>ing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the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7"/>
        </w:rPr>
        <w:t>Men</w:t>
      </w:r>
      <w:r>
        <w:rPr>
          <w:rFonts w:ascii="Calibri" w:eastAsia="Calibri" w:hAnsi="Calibri"/>
          <w:color w:val="2A2A2A"/>
          <w:spacing w:val="5"/>
        </w:rPr>
        <w:t>’</w:t>
      </w:r>
      <w:r>
        <w:rPr>
          <w:rFonts w:ascii="Calibri" w:eastAsia="Calibri" w:hAnsi="Calibri"/>
          <w:color w:val="2A2A2A"/>
          <w:spacing w:val="4"/>
        </w:rPr>
        <w:t>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and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55"/>
      </w:pPr>
      <w:r>
        <w:rPr>
          <w:rFonts w:ascii="Calibri" w:eastAsia="Calibri" w:hAnsi="Calibri"/>
          <w:color w:val="2A2A2A"/>
          <w:spacing w:val="2"/>
        </w:rPr>
        <w:t>Ladies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Club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w w:val="99"/>
        </w:rPr>
        <w:t>in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Inter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Club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Competitions</w:t>
      </w:r>
      <w:r>
        <w:rPr>
          <w:rFonts w:ascii="Calibri" w:eastAsia="Calibri" w:hAnsi="Calibri"/>
          <w:color w:val="2A2A2A"/>
          <w:spacing w:val="5"/>
        </w:rPr>
        <w:t>,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the</w:t>
      </w:r>
      <w:r>
        <w:rPr>
          <w:rFonts w:ascii="Times New Roman" w:eastAsia="Times New Roman" w:hAnsi="Times New Roman"/>
          <w:color w:val="2A2A2A"/>
          <w:spacing w:val="-25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continuation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the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Liffey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Valley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Cup</w:t>
      </w:r>
      <w:r>
        <w:rPr>
          <w:rFonts w:ascii="Calibri" w:eastAsia="Calibri" w:hAnsi="Calibri"/>
          <w:color w:val="2A2A2A"/>
          <w:spacing w:val="5"/>
        </w:rPr>
        <w:t>,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our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</w:rPr>
        <w:t>inaugural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entry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55"/>
      </w:pPr>
      <w:r>
        <w:rPr>
          <w:rFonts w:ascii="Calibri" w:eastAsia="Calibri" w:hAnsi="Calibri"/>
          <w:color w:val="2A2A2A"/>
          <w:w w:val="101"/>
        </w:rPr>
        <w:t>into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the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Golf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Sixes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competition</w:t>
      </w:r>
      <w:r>
        <w:rPr>
          <w:rFonts w:ascii="Calibri" w:eastAsia="Calibri" w:hAnsi="Calibri"/>
          <w:color w:val="2A2A2A"/>
          <w:spacing w:val="5"/>
        </w:rPr>
        <w:t>,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5"/>
        </w:rPr>
        <w:t>some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6"/>
        </w:rPr>
        <w:t>of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our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Juniors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being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selected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on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1"/>
        </w:rPr>
        <w:t>Regional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and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w w:val="101"/>
        </w:rPr>
        <w:t>National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Golf</w:t>
      </w:r>
    </w:p>
    <w:p w:rsidR="00A864D7" w:rsidRDefault="00EB075A">
      <w:pPr>
        <w:wordWrap w:val="0"/>
        <w:autoSpaceDE w:val="0"/>
        <w:autoSpaceDN w:val="0"/>
        <w:spacing w:before="60" w:after="124" w:line="225" w:lineRule="exact"/>
        <w:ind w:left="55"/>
      </w:pPr>
      <w:r>
        <w:rPr>
          <w:rFonts w:ascii="Calibri" w:eastAsia="Calibri" w:hAnsi="Calibri"/>
          <w:color w:val="2A2A2A"/>
          <w:spacing w:val="2"/>
        </w:rPr>
        <w:t>Ireland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panels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and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</w:rPr>
        <w:t>a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4"/>
        </w:rPr>
        <w:t>comprehensive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2"/>
        </w:rPr>
        <w:t>Coaching</w:t>
      </w:r>
      <w:r>
        <w:rPr>
          <w:rFonts w:ascii="Times New Roman" w:eastAsia="Times New Roman" w:hAnsi="Times New Roman"/>
          <w:color w:val="2A2A2A"/>
          <w:spacing w:val="-10"/>
        </w:rPr>
        <w:t xml:space="preserve"> </w:t>
      </w:r>
      <w:r>
        <w:rPr>
          <w:rFonts w:ascii="Calibri" w:eastAsia="Calibri" w:hAnsi="Calibri"/>
          <w:color w:val="2A2A2A"/>
          <w:spacing w:val="3"/>
        </w:rPr>
        <w:t>Programme</w:t>
      </w:r>
      <w:r>
        <w:rPr>
          <w:rFonts w:ascii="Calibri" w:eastAsia="Calibri" w:hAnsi="Calibri"/>
          <w:color w:val="2A2A2A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248" w:after="34" w:line="255" w:lineRule="exact"/>
        <w:ind w:left="55"/>
      </w:pPr>
      <w:r>
        <w:rPr>
          <w:rFonts w:ascii="Calibri" w:eastAsia="Calibri" w:hAnsi="Calibri"/>
          <w:color w:val="2E5395"/>
          <w:spacing w:val="3"/>
          <w:sz w:val="26"/>
        </w:rPr>
        <w:t>2023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Committee</w:t>
      </w:r>
    </w:p>
    <w:p w:rsidR="00A864D7" w:rsidRDefault="00EB075A">
      <w:pPr>
        <w:wordWrap w:val="0"/>
        <w:autoSpaceDE w:val="0"/>
        <w:autoSpaceDN w:val="0"/>
        <w:spacing w:before="68" w:after="30" w:line="225" w:lineRule="exact"/>
        <w:ind w:left="55"/>
      </w:pPr>
      <w:r>
        <w:rPr>
          <w:rFonts w:ascii="Calibri" w:eastAsia="Calibri" w:hAnsi="Calibri"/>
          <w:color w:val="000000"/>
          <w:spacing w:val="-1"/>
        </w:rPr>
        <w:t>All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committee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volunteers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parents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existing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always</w:t>
      </w:r>
    </w:p>
    <w:p w:rsidR="00A864D7" w:rsidRDefault="00EB075A">
      <w:pPr>
        <w:wordWrap w:val="0"/>
        <w:autoSpaceDE w:val="0"/>
        <w:autoSpaceDN w:val="0"/>
        <w:spacing w:before="60" w:after="113" w:line="225" w:lineRule="exact"/>
        <w:ind w:left="55"/>
      </w:pPr>
      <w:r>
        <w:rPr>
          <w:rFonts w:ascii="Calibri" w:eastAsia="Calibri" w:hAnsi="Calibri"/>
          <w:color w:val="000000"/>
          <w:spacing w:val="4"/>
        </w:rPr>
        <w:t>welcome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new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parents</w:t>
      </w:r>
      <w:r>
        <w:rPr>
          <w:rFonts w:ascii="Calibri" w:eastAsia="Calibri" w:hAnsi="Calibri"/>
          <w:color w:val="000000"/>
          <w:spacing w:val="5"/>
        </w:rPr>
        <w:t>/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guardians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willing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help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95" w:line="225" w:lineRule="exact"/>
        <w:ind w:left="55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committee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contacted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emailing</w:t>
      </w:r>
      <w:r>
        <w:rPr>
          <w:rFonts w:ascii="Times New Roman" w:eastAsia="Times New Roman" w:hAnsi="Times New Roman"/>
          <w:color w:val="000000"/>
          <w:spacing w:val="-1"/>
        </w:rPr>
        <w:t xml:space="preserve"> </w:t>
      </w:r>
      <w:r>
        <w:rPr>
          <w:rFonts w:ascii="Calibri" w:eastAsia="Calibri" w:hAnsi="Calibri"/>
          <w:color w:val="0000FF"/>
          <w:spacing w:val="2"/>
          <w:u w:val="single"/>
        </w:rPr>
        <w:t>juniorgolf</w:t>
      </w:r>
      <w:r>
        <w:rPr>
          <w:rFonts w:ascii="Calibri" w:eastAsia="Calibri" w:hAnsi="Calibri"/>
          <w:color w:val="0000FF"/>
          <w:spacing w:val="-1"/>
          <w:u w:val="single"/>
        </w:rPr>
        <w:t>@</w:t>
      </w:r>
      <w:r>
        <w:rPr>
          <w:rFonts w:ascii="Calibri" w:eastAsia="Calibri" w:hAnsi="Calibri"/>
          <w:color w:val="0000FF"/>
          <w:spacing w:val="2"/>
          <w:u w:val="single"/>
        </w:rPr>
        <w:t>castleknockgolfclub</w:t>
      </w:r>
      <w:r>
        <w:rPr>
          <w:rFonts w:ascii="Calibri" w:eastAsia="Calibri" w:hAnsi="Calibri"/>
          <w:color w:val="0000FF"/>
          <w:spacing w:val="4"/>
          <w:u w:val="single"/>
        </w:rPr>
        <w:t>.</w:t>
      </w:r>
      <w:r>
        <w:rPr>
          <w:rFonts w:ascii="Calibri" w:eastAsia="Calibri" w:hAnsi="Calibri"/>
          <w:color w:val="0000FF"/>
          <w:spacing w:val="9"/>
          <w:u w:val="single"/>
        </w:rPr>
        <w:t>ie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A864D7">
      <w:pPr>
        <w:wordWrap w:val="0"/>
        <w:autoSpaceDE w:val="0"/>
        <w:autoSpaceDN w:val="0"/>
        <w:spacing w:before="176" w:after="0" w:line="14" w:lineRule="exact"/>
      </w:pPr>
    </w:p>
    <w:tbl>
      <w:tblPr>
        <w:tblW w:w="0" w:type="auto"/>
        <w:tblInd w:w="62" w:type="dxa"/>
        <w:tblLayout w:type="fixed"/>
        <w:tblLook w:val="04A0" w:firstRow="1" w:lastRow="0" w:firstColumn="1" w:lastColumn="0" w:noHBand="0" w:noVBand="1"/>
      </w:tblPr>
      <w:tblGrid>
        <w:gridCol w:w="2929"/>
        <w:gridCol w:w="4550"/>
      </w:tblGrid>
      <w:tr w:rsidR="00A864D7">
        <w:trPr>
          <w:trHeight w:hRule="exact" w:val="349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shd w:val="clear" w:color="auto" w:fill="00000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4" w:after="0" w:line="240" w:lineRule="exact"/>
              <w:ind w:left="15"/>
            </w:pPr>
            <w:r>
              <w:rPr>
                <w:rFonts w:ascii="Calibri" w:eastAsia="Calibri" w:hAnsi="Calibri"/>
                <w:b/>
                <w:color w:val="FFFFFF"/>
                <w:w w:val="101"/>
                <w:sz w:val="24"/>
              </w:rPr>
              <w:t>Full</w:t>
            </w:r>
            <w:r>
              <w:rPr>
                <w:rFonts w:ascii="Times New Roman" w:eastAsia="Times New Roman" w:hAnsi="Times New Roman"/>
                <w:b/>
                <w:color w:val="FFFFFF"/>
                <w:sz w:val="24"/>
              </w:rPr>
              <w:t xml:space="preserve"> </w:t>
            </w:r>
            <w:r>
              <w:rPr>
                <w:rFonts w:ascii="Calibri" w:eastAsia="Calibri" w:hAnsi="Calibri"/>
                <w:b/>
                <w:color w:val="FFFFFF"/>
                <w:spacing w:val="4"/>
                <w:sz w:val="24"/>
              </w:rPr>
              <w:t>Committee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shd w:val="clear" w:color="auto" w:fill="00000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4" w:after="0" w:line="240" w:lineRule="exact"/>
              <w:ind w:left="15"/>
            </w:pPr>
            <w:r>
              <w:rPr>
                <w:rFonts w:ascii="Calibri" w:eastAsia="Calibri" w:hAnsi="Calibri"/>
                <w:b/>
                <w:color w:val="FFFFFF"/>
                <w:spacing w:val="-2"/>
                <w:sz w:val="24"/>
              </w:rPr>
              <w:t>2023</w:t>
            </w:r>
          </w:p>
        </w:tc>
      </w:tr>
      <w:tr w:rsidR="00A864D7">
        <w:trPr>
          <w:trHeight w:hRule="exact" w:val="321"/>
        </w:trPr>
        <w:tc>
          <w:tcPr>
            <w:tcW w:w="2929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8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w w:val="101"/>
              </w:rPr>
              <w:t>Cormac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Reilly</w:t>
            </w:r>
          </w:p>
        </w:tc>
        <w:tc>
          <w:tcPr>
            <w:tcW w:w="4550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8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4"/>
              </w:rPr>
              <w:t>Convenor</w:t>
            </w:r>
          </w:p>
        </w:tc>
      </w:tr>
      <w:tr w:rsidR="00A864D7">
        <w:trPr>
          <w:trHeight w:hRule="exact" w:val="339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6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4"/>
              </w:rPr>
              <w:t>Gareth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Doherty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6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3"/>
              </w:rPr>
              <w:t>Treasurer</w:t>
            </w:r>
          </w:p>
        </w:tc>
      </w:tr>
      <w:tr w:rsidR="00A864D7">
        <w:trPr>
          <w:trHeight w:hRule="exact" w:val="306"/>
        </w:trPr>
        <w:tc>
          <w:tcPr>
            <w:tcW w:w="2929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62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4"/>
              </w:rPr>
              <w:t>Kevin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2"/>
              </w:rPr>
              <w:t>Butler</w:t>
            </w:r>
          </w:p>
        </w:tc>
        <w:tc>
          <w:tcPr>
            <w:tcW w:w="4550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62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3"/>
              </w:rPr>
              <w:t>Competitions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Secretary</w:t>
            </w:r>
          </w:p>
        </w:tc>
      </w:tr>
      <w:tr w:rsidR="00A864D7">
        <w:trPr>
          <w:trHeight w:hRule="exact" w:val="339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6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Adrian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Doyle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6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4"/>
              </w:rPr>
              <w:t>Development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Secretary</w:t>
            </w:r>
          </w:p>
        </w:tc>
      </w:tr>
      <w:tr w:rsidR="00A864D7">
        <w:trPr>
          <w:trHeight w:hRule="exact" w:val="321"/>
        </w:trPr>
        <w:tc>
          <w:tcPr>
            <w:tcW w:w="2929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Paul</w:t>
            </w:r>
            <w:r>
              <w:rPr>
                <w:rFonts w:ascii="Times New Roman" w:eastAsia="Times New Roman" w:hAnsi="Times New Roman"/>
                <w:color w:val="000000"/>
                <w:spacing w:val="-9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2"/>
              </w:rPr>
              <w:t>McHugh</w:t>
            </w:r>
          </w:p>
        </w:tc>
        <w:tc>
          <w:tcPr>
            <w:tcW w:w="4550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4"/>
              </w:rPr>
              <w:t>Performance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Secretary</w:t>
            </w:r>
          </w:p>
        </w:tc>
      </w:tr>
      <w:tr w:rsidR="00A864D7">
        <w:trPr>
          <w:trHeight w:hRule="exact" w:val="325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1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-2"/>
              </w:rPr>
              <w:t>Liz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Cunningham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1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Club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2"/>
              </w:rPr>
              <w:t>Children</w:t>
            </w:r>
            <w:r>
              <w:rPr>
                <w:rFonts w:ascii="Calibri" w:eastAsia="Calibri" w:hAnsi="Calibri"/>
                <w:color w:val="000000"/>
                <w:spacing w:val="5"/>
              </w:rPr>
              <w:t>’</w:t>
            </w:r>
            <w:r>
              <w:rPr>
                <w:rFonts w:ascii="Calibri" w:eastAsia="Calibri" w:hAnsi="Calibri"/>
                <w:color w:val="000000"/>
                <w:spacing w:val="4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Officer</w:t>
            </w:r>
          </w:p>
        </w:tc>
      </w:tr>
      <w:tr w:rsidR="00A864D7">
        <w:trPr>
          <w:trHeight w:hRule="exact" w:val="321"/>
        </w:trPr>
        <w:tc>
          <w:tcPr>
            <w:tcW w:w="2929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3"/>
              </w:rPr>
              <w:t>Robert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Bruen</w:t>
            </w:r>
          </w:p>
        </w:tc>
        <w:tc>
          <w:tcPr>
            <w:tcW w:w="4550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3"/>
              </w:rPr>
              <w:t>Designated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Liaison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Officer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&amp;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Handicap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Secretary</w:t>
            </w:r>
          </w:p>
        </w:tc>
      </w:tr>
      <w:tr w:rsidR="00A864D7">
        <w:trPr>
          <w:trHeight w:hRule="exact" w:val="340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Stuart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Banks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2"/>
              </w:rPr>
              <w:t>Adult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7"/>
              </w:rPr>
              <w:t>Men</w:t>
            </w:r>
            <w:r>
              <w:rPr>
                <w:rFonts w:ascii="Calibri" w:eastAsia="Calibri" w:hAnsi="Calibri"/>
                <w:color w:val="000000"/>
                <w:spacing w:val="-4"/>
              </w:rPr>
              <w:t>'</w:t>
            </w:r>
            <w:r>
              <w:rPr>
                <w:rFonts w:ascii="Calibri" w:eastAsia="Calibri" w:hAnsi="Calibri"/>
                <w:color w:val="000000"/>
                <w:spacing w:val="4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Liaison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&amp;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Membership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Secretary</w:t>
            </w:r>
          </w:p>
        </w:tc>
      </w:tr>
      <w:tr w:rsidR="00A864D7">
        <w:trPr>
          <w:trHeight w:hRule="exact" w:val="306"/>
        </w:trPr>
        <w:tc>
          <w:tcPr>
            <w:tcW w:w="2929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62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Fiona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Carville</w:t>
            </w:r>
          </w:p>
        </w:tc>
        <w:tc>
          <w:tcPr>
            <w:tcW w:w="4550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62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2"/>
              </w:rPr>
              <w:t>Adult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2"/>
              </w:rPr>
              <w:t>Ladies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</w:rPr>
              <w:t>Liaison</w:t>
            </w:r>
          </w:p>
        </w:tc>
      </w:tr>
      <w:tr w:rsidR="00A864D7">
        <w:trPr>
          <w:trHeight w:hRule="exact" w:val="340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6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Sarah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2"/>
              </w:rPr>
              <w:t>Kelly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E0E0E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86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2"/>
              </w:rPr>
              <w:t>Communications</w:t>
            </w:r>
          </w:p>
        </w:tc>
      </w:tr>
      <w:tr w:rsidR="00A864D7">
        <w:trPr>
          <w:trHeight w:hRule="exact" w:val="321"/>
        </w:trPr>
        <w:tc>
          <w:tcPr>
            <w:tcW w:w="2929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w w:val="101"/>
              </w:rPr>
              <w:t>David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w w:val="99"/>
              </w:rPr>
              <w:t>Toal</w:t>
            </w:r>
          </w:p>
        </w:tc>
        <w:tc>
          <w:tcPr>
            <w:tcW w:w="4550" w:type="dxa"/>
            <w:tcBorders>
              <w:top w:val="single" w:sz="6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7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4"/>
              </w:rPr>
              <w:t>Membership</w:t>
            </w:r>
          </w:p>
        </w:tc>
      </w:tr>
      <w:tr w:rsidR="00A864D7">
        <w:trPr>
          <w:trHeight w:hRule="exact" w:val="330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1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1"/>
              </w:rPr>
              <w:t>Stuart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6"/>
              </w:rPr>
              <w:t>Kenny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71" w:after="0" w:line="225" w:lineRule="exact"/>
              <w:ind w:left="15"/>
            </w:pPr>
            <w:r>
              <w:rPr>
                <w:rFonts w:ascii="Calibri" w:eastAsia="Calibri" w:hAnsi="Calibri"/>
                <w:color w:val="000000"/>
                <w:spacing w:val="2"/>
              </w:rPr>
              <w:t>Junior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4"/>
              </w:rPr>
              <w:t>Golf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and</w:t>
            </w:r>
            <w:r>
              <w:rPr>
                <w:rFonts w:ascii="Times New Roman" w:eastAsia="Times New Roman" w:hAnsi="Times New Roman"/>
                <w:color w:val="000000"/>
                <w:spacing w:val="-10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3"/>
              </w:rPr>
              <w:t>Competitions</w:t>
            </w:r>
          </w:p>
        </w:tc>
      </w:tr>
    </w:tbl>
    <w:p w:rsidR="00A864D7" w:rsidRDefault="00EB075A">
      <w:pPr>
        <w:wordWrap w:val="0"/>
        <w:autoSpaceDE w:val="0"/>
        <w:autoSpaceDN w:val="0"/>
        <w:spacing w:before="514" w:after="26" w:line="255" w:lineRule="exact"/>
        <w:ind w:left="55"/>
      </w:pPr>
      <w:r>
        <w:rPr>
          <w:rFonts w:ascii="Calibri" w:eastAsia="Calibri" w:hAnsi="Calibri"/>
          <w:color w:val="2E5395"/>
          <w:spacing w:val="-3"/>
          <w:sz w:val="26"/>
        </w:rPr>
        <w:t>Junior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w w:val="99"/>
          <w:sz w:val="26"/>
        </w:rPr>
        <w:t>Captains</w:t>
      </w:r>
    </w:p>
    <w:p w:rsidR="00A864D7" w:rsidRDefault="00EB075A">
      <w:pPr>
        <w:wordWrap w:val="0"/>
        <w:autoSpaceDE w:val="0"/>
        <w:autoSpaceDN w:val="0"/>
        <w:spacing w:before="53" w:after="124" w:line="225" w:lineRule="exact"/>
        <w:ind w:left="55"/>
      </w:pP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delighted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Caoimhe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Toland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Andrew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Bruen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Captains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2023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48" w:after="33" w:line="255" w:lineRule="exact"/>
        <w:ind w:left="55"/>
      </w:pPr>
      <w:r>
        <w:rPr>
          <w:rFonts w:ascii="Calibri" w:eastAsia="Calibri" w:hAnsi="Calibri"/>
          <w:color w:val="2E5395"/>
          <w:spacing w:val="-2"/>
          <w:sz w:val="26"/>
        </w:rPr>
        <w:t>Goal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of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the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2"/>
          <w:sz w:val="26"/>
        </w:rPr>
        <w:t>club</w:t>
      </w:r>
    </w:p>
    <w:p w:rsidR="00A864D7" w:rsidRDefault="00EB075A">
      <w:pPr>
        <w:wordWrap w:val="0"/>
        <w:autoSpaceDE w:val="0"/>
        <w:autoSpaceDN w:val="0"/>
        <w:spacing w:before="66" w:after="30" w:line="241" w:lineRule="exact"/>
        <w:ind w:left="415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PARTICIPATION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number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1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goal</w:t>
      </w:r>
    </w:p>
    <w:p w:rsidR="00A864D7" w:rsidRDefault="00EB075A">
      <w:pPr>
        <w:wordWrap w:val="0"/>
        <w:autoSpaceDE w:val="0"/>
        <w:autoSpaceDN w:val="0"/>
        <w:spacing w:before="60" w:after="37" w:line="241" w:lineRule="exact"/>
        <w:ind w:left="415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All</w:t>
      </w:r>
      <w:r>
        <w:rPr>
          <w:rFonts w:ascii="Times New Roman" w:eastAsia="Times New Roman" w:hAnsi="Times New Roman"/>
          <w:color w:val="000000"/>
          <w:spacing w:val="6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parents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signed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committed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active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members</w:t>
      </w:r>
    </w:p>
    <w:p w:rsidR="00A864D7" w:rsidRDefault="00EB075A">
      <w:pPr>
        <w:wordWrap w:val="0"/>
        <w:autoSpaceDE w:val="0"/>
        <w:autoSpaceDN w:val="0"/>
        <w:spacing w:before="74" w:after="30" w:line="241" w:lineRule="exact"/>
        <w:ind w:left="415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review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activity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regularly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touch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parents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those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</w:p>
    <w:p w:rsidR="00A864D7" w:rsidRDefault="00EB075A">
      <w:pPr>
        <w:wordWrap w:val="0"/>
        <w:autoSpaceDE w:val="0"/>
        <w:autoSpaceDN w:val="0"/>
        <w:spacing w:before="60" w:after="29" w:line="225" w:lineRule="exact"/>
        <w:ind w:left="775"/>
      </w:pP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not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participating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15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b/>
          <w:color w:val="000000"/>
          <w:spacing w:val="20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For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membership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year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2023</w:t>
      </w:r>
      <w:r>
        <w:rPr>
          <w:rFonts w:ascii="Calibri" w:eastAsia="Calibri" w:hAnsi="Calibri"/>
          <w:b/>
          <w:color w:val="000000"/>
          <w:spacing w:val="3"/>
        </w:rPr>
        <w:t>,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participation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means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that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your</w:t>
      </w:r>
      <w:r>
        <w:rPr>
          <w:rFonts w:ascii="Times New Roman" w:eastAsia="Times New Roman" w:hAnsi="Times New Roman"/>
          <w:b/>
          <w:color w:val="000000"/>
          <w:spacing w:val="5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Junior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Member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is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committing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to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75"/>
      </w:pPr>
      <w:r>
        <w:rPr>
          <w:rFonts w:ascii="Calibri" w:eastAsia="Calibri" w:hAnsi="Calibri"/>
          <w:b/>
          <w:color w:val="000000"/>
          <w:spacing w:val="2"/>
        </w:rPr>
        <w:t>playing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10</w:t>
      </w:r>
      <w:r>
        <w:rPr>
          <w:rFonts w:ascii="Times New Roman" w:eastAsia="Times New Roman" w:hAnsi="Times New Roman"/>
          <w:b/>
          <w:color w:val="000000"/>
          <w:spacing w:val="5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competitions</w:t>
      </w:r>
      <w:r>
        <w:rPr>
          <w:rFonts w:ascii="Times New Roman" w:eastAsia="Times New Roman" w:hAnsi="Times New Roman"/>
          <w:b/>
          <w:color w:val="000000"/>
          <w:spacing w:val="-25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during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year</w:t>
      </w:r>
      <w:r>
        <w:rPr>
          <w:rFonts w:ascii="Calibri" w:eastAsia="Calibri" w:hAnsi="Calibri"/>
          <w:b/>
          <w:color w:val="000000"/>
          <w:spacing w:val="1"/>
        </w:rPr>
        <w:t>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For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Associate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Juniors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and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Cadets</w:t>
      </w:r>
      <w:r>
        <w:rPr>
          <w:rFonts w:ascii="Calibri" w:eastAsia="Calibri" w:hAnsi="Calibri"/>
          <w:b/>
          <w:color w:val="000000"/>
          <w:spacing w:val="3"/>
        </w:rPr>
        <w:t>,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this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will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also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be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775"/>
      </w:pPr>
      <w:r>
        <w:rPr>
          <w:rFonts w:ascii="Calibri" w:eastAsia="Calibri" w:hAnsi="Calibri"/>
          <w:b/>
          <w:color w:val="000000"/>
          <w:spacing w:val="-6"/>
        </w:rPr>
        <w:t>10</w:t>
      </w:r>
      <w:r>
        <w:rPr>
          <w:rFonts w:ascii="Times New Roman" w:eastAsia="Times New Roman" w:hAnsi="Times New Roman"/>
          <w:b/>
          <w:color w:val="000000"/>
          <w:spacing w:val="5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competitions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plus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attendance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2"/>
        </w:rPr>
        <w:t>at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8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lessons</w:t>
      </w:r>
      <w:r>
        <w:rPr>
          <w:rFonts w:ascii="Calibri" w:eastAsia="Calibri" w:hAnsi="Calibri"/>
          <w:b/>
          <w:color w:val="000000"/>
          <w:spacing w:val="1"/>
        </w:rPr>
        <w:t>.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participation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element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will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be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assessed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75"/>
      </w:pPr>
      <w:r>
        <w:rPr>
          <w:rFonts w:ascii="Calibri" w:eastAsia="Calibri" w:hAnsi="Calibri"/>
          <w:b/>
          <w:color w:val="000000"/>
          <w:w w:val="101"/>
        </w:rPr>
        <w:t>throughout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year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and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club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reserves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the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right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to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not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renew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membership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1"/>
        </w:rPr>
        <w:t>for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-6"/>
        </w:rPr>
        <w:t>2024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5"/>
        </w:rPr>
        <w:t>if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75"/>
      </w:pPr>
      <w:r>
        <w:rPr>
          <w:rFonts w:ascii="Calibri" w:eastAsia="Calibri" w:hAnsi="Calibri"/>
          <w:b/>
          <w:color w:val="000000"/>
          <w:spacing w:val="2"/>
        </w:rPr>
        <w:t>this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is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not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adhered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</w:rPr>
        <w:t>to</w:t>
      </w:r>
      <w:r>
        <w:rPr>
          <w:rFonts w:ascii="Calibri" w:eastAsia="Calibri" w:hAnsi="Calibri"/>
          <w:b/>
          <w:color w:val="000000"/>
          <w:spacing w:val="6"/>
        </w:rPr>
        <w:t>.</w:t>
      </w:r>
    </w:p>
    <w:p w:rsidR="00A864D7" w:rsidRDefault="00EB075A">
      <w:pPr>
        <w:wordWrap w:val="0"/>
        <w:autoSpaceDE w:val="0"/>
        <w:autoSpaceDN w:val="0"/>
        <w:spacing w:before="60" w:after="0" w:line="241" w:lineRule="exact"/>
        <w:ind w:left="415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very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open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any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suggestions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increase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participation</w:t>
      </w:r>
    </w:p>
    <w:p w:rsidR="00A864D7" w:rsidRDefault="00A864D7">
      <w:pPr>
        <w:spacing w:after="0"/>
        <w:sectPr w:rsidR="00A864D7">
          <w:pgSz w:w="11910" w:h="16845"/>
          <w:pgMar w:top="732" w:right="1340" w:bottom="1085" w:left="1387" w:header="720" w:footer="720" w:gutter="0"/>
          <w:cols w:space="720" w:equalWidth="0">
            <w:col w:w="9183" w:space="0"/>
          </w:cols>
          <w:docGrid w:linePitch="360"/>
        </w:sectPr>
      </w:pPr>
    </w:p>
    <w:p w:rsidR="00A864D7" w:rsidRDefault="00A864D7">
      <w:pPr>
        <w:wordWrap w:val="0"/>
        <w:autoSpaceDE w:val="0"/>
        <w:autoSpaceDN w:val="0"/>
        <w:spacing w:after="463" w:line="14" w:lineRule="exact"/>
      </w:pPr>
    </w:p>
    <w:p w:rsidR="00A864D7" w:rsidRDefault="00EB075A">
      <w:pPr>
        <w:wordWrap w:val="0"/>
        <w:autoSpaceDE w:val="0"/>
        <w:autoSpaceDN w:val="0"/>
        <w:spacing w:before="954" w:after="26" w:line="255" w:lineRule="exact"/>
        <w:ind w:left="40"/>
        <w:rPr>
          <w:rFonts w:ascii="Calibri" w:eastAsia="Calibri" w:hAnsi="Calibri"/>
          <w:color w:val="2E5395"/>
          <w:spacing w:val="-3"/>
          <w:sz w:val="32"/>
          <w:szCs w:val="32"/>
        </w:rPr>
      </w:pPr>
      <w:r w:rsidRPr="00AD10ED">
        <w:rPr>
          <w:rFonts w:ascii="Calibri" w:eastAsia="Calibri" w:hAnsi="Calibri"/>
          <w:color w:val="2E5395"/>
          <w:spacing w:val="-6"/>
          <w:sz w:val="32"/>
          <w:szCs w:val="32"/>
        </w:rPr>
        <w:t>Members</w:t>
      </w:r>
      <w:r w:rsidRPr="00AD10ED">
        <w:rPr>
          <w:rFonts w:ascii="Times New Roman" w:eastAsia="Times New Roman" w:hAnsi="Times New Roman"/>
          <w:color w:val="2E5395"/>
          <w:spacing w:val="25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-3"/>
          <w:sz w:val="32"/>
          <w:szCs w:val="32"/>
        </w:rPr>
        <w:t>Website</w:t>
      </w:r>
    </w:p>
    <w:p w:rsidR="00AD10ED" w:rsidRPr="00AD10ED" w:rsidRDefault="00AD10ED">
      <w:pPr>
        <w:wordWrap w:val="0"/>
        <w:autoSpaceDE w:val="0"/>
        <w:autoSpaceDN w:val="0"/>
        <w:spacing w:before="954" w:after="26" w:line="255" w:lineRule="exact"/>
        <w:ind w:left="40"/>
        <w:rPr>
          <w:sz w:val="32"/>
          <w:szCs w:val="32"/>
        </w:rPr>
      </w:pPr>
    </w:p>
    <w:p w:rsidR="00A864D7" w:rsidRDefault="00EB075A">
      <w:pPr>
        <w:wordWrap w:val="0"/>
        <w:autoSpaceDE w:val="0"/>
        <w:autoSpaceDN w:val="0"/>
        <w:spacing w:before="52" w:after="37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website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found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Calibri" w:eastAsia="Calibri" w:hAnsi="Calibri"/>
          <w:color w:val="0000FF"/>
          <w:spacing w:val="6"/>
          <w:u w:val="single"/>
        </w:rPr>
        <w:t>https</w:t>
      </w:r>
      <w:r>
        <w:rPr>
          <w:rFonts w:ascii="Calibri" w:eastAsia="Calibri" w:hAnsi="Calibri"/>
          <w:color w:val="0000FF"/>
          <w:spacing w:val="4"/>
          <w:u w:val="single"/>
        </w:rPr>
        <w:t>://castleknockmembersclub.com</w:t>
      </w:r>
      <w:r>
        <w:rPr>
          <w:rFonts w:ascii="Calibri" w:eastAsia="Calibri" w:hAnsi="Calibri"/>
          <w:color w:val="0000FF"/>
          <w:spacing w:val="12"/>
          <w:u w:val="single"/>
        </w:rPr>
        <w:t>/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This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contains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relevant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documentation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plus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news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ongoing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activities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mainly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focused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clubs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committee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primarily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communicate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regular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basis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through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email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email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address</w:t>
      </w:r>
    </w:p>
    <w:p w:rsidR="00A864D7" w:rsidRDefault="00EB075A">
      <w:pPr>
        <w:wordWrap w:val="0"/>
        <w:autoSpaceDE w:val="0"/>
        <w:autoSpaceDN w:val="0"/>
        <w:spacing w:before="60" w:after="124" w:line="225" w:lineRule="exact"/>
        <w:ind w:left="40"/>
        <w:rPr>
          <w:rFonts w:ascii="Calibri" w:eastAsia="Calibri" w:hAnsi="Calibri"/>
          <w:color w:val="000000"/>
          <w:spacing w:val="4"/>
        </w:rPr>
      </w:pPr>
      <w:r>
        <w:rPr>
          <w:rFonts w:ascii="Calibri" w:eastAsia="Calibri" w:hAnsi="Calibri"/>
          <w:color w:val="000000"/>
          <w:spacing w:val="3"/>
        </w:rPr>
        <w:t>provided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renewal</w:t>
      </w:r>
      <w:r>
        <w:rPr>
          <w:rFonts w:ascii="Calibri" w:eastAsia="Calibri" w:hAnsi="Calibri"/>
          <w:color w:val="000000"/>
          <w:spacing w:val="5"/>
        </w:rPr>
        <w:t>/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sign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up.</w:t>
      </w:r>
    </w:p>
    <w:p w:rsidR="00E33915" w:rsidRDefault="00E33915">
      <w:pPr>
        <w:wordWrap w:val="0"/>
        <w:autoSpaceDE w:val="0"/>
        <w:autoSpaceDN w:val="0"/>
        <w:spacing w:before="60" w:after="124" w:line="225" w:lineRule="exact"/>
        <w:ind w:left="40"/>
      </w:pPr>
    </w:p>
    <w:p w:rsidR="00A864D7" w:rsidRDefault="00EB075A">
      <w:pPr>
        <w:wordWrap w:val="0"/>
        <w:autoSpaceDE w:val="0"/>
        <w:autoSpaceDN w:val="0"/>
        <w:spacing w:before="248" w:after="33" w:line="255" w:lineRule="exact"/>
        <w:ind w:left="40"/>
      </w:pPr>
      <w:r>
        <w:rPr>
          <w:rFonts w:ascii="Calibri" w:eastAsia="Calibri" w:hAnsi="Calibri"/>
          <w:color w:val="2E5395"/>
          <w:spacing w:val="-4"/>
          <w:sz w:val="26"/>
        </w:rPr>
        <w:t>Role</w:t>
      </w:r>
      <w:r>
        <w:rPr>
          <w:rFonts w:ascii="Times New Roman" w:eastAsia="Times New Roman" w:hAnsi="Times New Roman"/>
          <w:color w:val="2E5395"/>
          <w:spacing w:val="10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of</w:t>
      </w:r>
      <w:r>
        <w:rPr>
          <w:rFonts w:ascii="Times New Roman" w:eastAsia="Times New Roman" w:hAnsi="Times New Roman"/>
          <w:color w:val="2E5395"/>
          <w:spacing w:val="-3"/>
          <w:sz w:val="26"/>
        </w:rPr>
        <w:t xml:space="preserve"> </w:t>
      </w:r>
      <w:r>
        <w:rPr>
          <w:rFonts w:ascii="Calibri" w:eastAsia="Calibri" w:hAnsi="Calibri"/>
          <w:color w:val="2E5395"/>
          <w:spacing w:val="-2"/>
          <w:sz w:val="26"/>
        </w:rPr>
        <w:t>Carr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w w:val="99"/>
          <w:sz w:val="26"/>
        </w:rPr>
        <w:t>Golf</w:t>
      </w:r>
    </w:p>
    <w:p w:rsidR="00A864D7" w:rsidRDefault="00EB075A">
      <w:pPr>
        <w:wordWrap w:val="0"/>
        <w:autoSpaceDE w:val="0"/>
        <w:autoSpaceDN w:val="0"/>
        <w:spacing w:before="66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</w:rPr>
        <w:t>Carr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operators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course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operations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food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beverage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behalf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760"/>
      </w:pP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owners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responsible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aspects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running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golfing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catering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operations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60"/>
      </w:pPr>
      <w:r>
        <w:rPr>
          <w:rFonts w:ascii="Calibri" w:eastAsia="Calibri" w:hAnsi="Calibri"/>
          <w:color w:val="000000"/>
          <w:spacing w:val="-2"/>
        </w:rPr>
        <w:t>incl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membership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fees</w:t>
      </w:r>
    </w:p>
    <w:p w:rsidR="00A864D7" w:rsidRDefault="00EB075A">
      <w:pPr>
        <w:wordWrap w:val="0"/>
        <w:autoSpaceDE w:val="0"/>
        <w:autoSpaceDN w:val="0"/>
        <w:spacing w:before="59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various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committees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101"/>
        </w:rPr>
        <w:t>part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Castleknock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Club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which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affiliated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Ireland</w:t>
      </w:r>
    </w:p>
    <w:p w:rsidR="00A864D7" w:rsidRDefault="00EB075A">
      <w:pPr>
        <w:wordWrap w:val="0"/>
        <w:autoSpaceDE w:val="0"/>
        <w:autoSpaceDN w:val="0"/>
        <w:spacing w:before="59" w:after="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Any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questions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green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fees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etc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go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shop</w:t>
      </w:r>
    </w:p>
    <w:p w:rsidR="00A864D7" w:rsidRDefault="00A864D7">
      <w:pPr>
        <w:spacing w:after="0"/>
        <w:sectPr w:rsidR="00A864D7">
          <w:pgSz w:w="11910" w:h="16845"/>
          <w:pgMar w:top="928" w:right="1336" w:bottom="1440" w:left="1402" w:header="720" w:footer="720" w:gutter="0"/>
          <w:cols w:space="720" w:equalWidth="0">
            <w:col w:w="9172" w:space="0"/>
          </w:cols>
          <w:docGrid w:linePitch="360"/>
        </w:sectPr>
      </w:pPr>
    </w:p>
    <w:p w:rsidR="00A864D7" w:rsidRDefault="00A864D7">
      <w:pPr>
        <w:wordWrap w:val="0"/>
        <w:autoSpaceDE w:val="0"/>
        <w:autoSpaceDN w:val="0"/>
        <w:spacing w:after="365" w:line="14" w:lineRule="exact"/>
      </w:pPr>
    </w:p>
    <w:p w:rsidR="00A864D7" w:rsidRDefault="00EB075A">
      <w:pPr>
        <w:wordWrap w:val="0"/>
        <w:autoSpaceDE w:val="0"/>
        <w:autoSpaceDN w:val="0"/>
        <w:spacing w:before="758" w:after="64" w:line="315" w:lineRule="exact"/>
        <w:ind w:left="40"/>
      </w:pPr>
      <w:r>
        <w:rPr>
          <w:rFonts w:ascii="Calibri" w:eastAsia="Calibri" w:hAnsi="Calibri"/>
          <w:color w:val="2E5395"/>
          <w:spacing w:val="-2"/>
          <w:sz w:val="32"/>
        </w:rPr>
        <w:t>Section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3"/>
          <w:sz w:val="32"/>
        </w:rPr>
        <w:t>2</w:t>
      </w:r>
      <w:r>
        <w:rPr>
          <w:rFonts w:ascii="Calibri" w:eastAsia="Calibri" w:hAnsi="Calibri"/>
          <w:color w:val="2E5395"/>
          <w:spacing w:val="4"/>
          <w:sz w:val="32"/>
        </w:rPr>
        <w:t>:</w:t>
      </w:r>
      <w:r>
        <w:rPr>
          <w:rFonts w:ascii="Times New Roman" w:eastAsia="Times New Roman" w:hAnsi="Times New Roman"/>
          <w:color w:val="2E5395"/>
          <w:spacing w:val="-1"/>
          <w:sz w:val="32"/>
        </w:rPr>
        <w:t xml:space="preserve"> </w:t>
      </w:r>
      <w:r>
        <w:rPr>
          <w:rFonts w:ascii="Calibri" w:eastAsia="Calibri" w:hAnsi="Calibri"/>
          <w:color w:val="2E5395"/>
          <w:spacing w:val="-2"/>
          <w:sz w:val="32"/>
        </w:rPr>
        <w:t>Child</w:t>
      </w:r>
      <w:r>
        <w:rPr>
          <w:rFonts w:ascii="Times New Roman" w:eastAsia="Times New Roman" w:hAnsi="Times New Roman"/>
          <w:color w:val="2E5395"/>
          <w:spacing w:val="-4"/>
          <w:sz w:val="32"/>
        </w:rPr>
        <w:t xml:space="preserve"> </w:t>
      </w:r>
      <w:r>
        <w:rPr>
          <w:rFonts w:ascii="Calibri" w:eastAsia="Calibri" w:hAnsi="Calibri"/>
          <w:color w:val="2E5395"/>
          <w:spacing w:val="-4"/>
          <w:sz w:val="32"/>
        </w:rPr>
        <w:t>Welfare</w:t>
      </w:r>
    </w:p>
    <w:p w:rsidR="00A864D7" w:rsidRDefault="00EB075A">
      <w:pPr>
        <w:wordWrap w:val="0"/>
        <w:autoSpaceDE w:val="0"/>
        <w:autoSpaceDN w:val="0"/>
        <w:spacing w:before="128" w:after="30" w:line="225" w:lineRule="exact"/>
        <w:ind w:left="400"/>
      </w:pPr>
      <w:r>
        <w:rPr>
          <w:rFonts w:ascii="Calibri" w:eastAsia="Calibri" w:hAnsi="Calibri"/>
          <w:color w:val="2E5395"/>
          <w:spacing w:val="3"/>
        </w:rPr>
        <w:t>Roles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0"/>
      </w:pPr>
      <w:r>
        <w:rPr>
          <w:rFonts w:ascii="Calibri" w:eastAsia="Calibri" w:hAnsi="Calibri"/>
          <w:color w:val="000000"/>
          <w:spacing w:val="4"/>
        </w:rPr>
        <w:t>There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two</w:t>
      </w:r>
      <w:r>
        <w:rPr>
          <w:rFonts w:ascii="Times New Roman" w:eastAsia="Times New Roman" w:hAnsi="Times New Roman"/>
          <w:color w:val="000000"/>
          <w:spacing w:val="-9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very</w:t>
      </w:r>
      <w:r>
        <w:rPr>
          <w:rFonts w:ascii="Times New Roman" w:eastAsia="Times New Roman" w:hAnsi="Times New Roman"/>
          <w:color w:val="000000"/>
          <w:spacing w:val="-9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important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roles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context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Calibri" w:eastAsia="Calibri" w:hAnsi="Calibri"/>
          <w:color w:val="000000"/>
          <w:spacing w:val="20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400"/>
      </w:pP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committed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child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protection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safety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around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course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0"/>
      </w:pP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both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generally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around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Sundays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contacted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any</w:t>
      </w:r>
    </w:p>
    <w:p w:rsidR="00A864D7" w:rsidRDefault="00EB075A">
      <w:pPr>
        <w:wordWrap w:val="0"/>
        <w:autoSpaceDE w:val="0"/>
        <w:autoSpaceDN w:val="0"/>
        <w:spacing w:before="60" w:after="180" w:line="225" w:lineRule="exact"/>
        <w:ind w:left="400"/>
      </w:pPr>
      <w:r>
        <w:rPr>
          <w:rFonts w:ascii="Calibri" w:eastAsia="Calibri" w:hAnsi="Calibri"/>
          <w:color w:val="000000"/>
          <w:spacing w:val="3"/>
        </w:rPr>
        <w:t>stage</w:t>
      </w:r>
      <w:r>
        <w:rPr>
          <w:rFonts w:ascii="Calibri" w:eastAsia="Calibri" w:hAnsi="Calibri"/>
          <w:color w:val="000000"/>
          <w:spacing w:val="5"/>
        </w:rPr>
        <w:t>.</w:t>
      </w:r>
    </w:p>
    <w:p w:rsidR="00A864D7" w:rsidRDefault="00EB075A">
      <w:pPr>
        <w:wordWrap w:val="0"/>
        <w:autoSpaceDE w:val="0"/>
        <w:autoSpaceDN w:val="0"/>
        <w:spacing w:before="360" w:after="30" w:line="225" w:lineRule="exact"/>
        <w:ind w:left="400"/>
      </w:pPr>
      <w:r>
        <w:rPr>
          <w:rFonts w:ascii="Calibri" w:eastAsia="Calibri" w:hAnsi="Calibri"/>
          <w:b/>
          <w:color w:val="000000"/>
          <w:spacing w:val="3"/>
        </w:rPr>
        <w:t>Club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Children’</w:t>
      </w:r>
      <w:r>
        <w:rPr>
          <w:rFonts w:ascii="Calibri" w:eastAsia="Calibri" w:hAnsi="Calibri"/>
          <w:b/>
          <w:color w:val="000000"/>
          <w:spacing w:val="2"/>
        </w:rPr>
        <w:t>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Officer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6"/>
        </w:rPr>
        <w:t>(</w:t>
      </w:r>
      <w:r>
        <w:rPr>
          <w:rFonts w:ascii="Calibri" w:eastAsia="Calibri" w:hAnsi="Calibri"/>
          <w:b/>
          <w:color w:val="000000"/>
          <w:spacing w:val="3"/>
        </w:rPr>
        <w:t>CCO</w:t>
      </w:r>
      <w:r>
        <w:rPr>
          <w:rFonts w:ascii="Calibri" w:eastAsia="Calibri" w:hAnsi="Calibri"/>
          <w:b/>
          <w:color w:val="000000"/>
          <w:spacing w:val="6"/>
        </w:rPr>
        <w:t>):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Children</w:t>
      </w:r>
      <w:r>
        <w:rPr>
          <w:rFonts w:ascii="Calibri" w:eastAsia="Calibri" w:hAnsi="Calibri"/>
          <w:color w:val="000000"/>
          <w:spacing w:val="5"/>
        </w:rPr>
        <w:t>’</w:t>
      </w:r>
      <w:r>
        <w:rPr>
          <w:rFonts w:ascii="Calibri" w:eastAsia="Calibri" w:hAnsi="Calibri"/>
          <w:color w:val="000000"/>
          <w:spacing w:val="4"/>
        </w:rPr>
        <w:t>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Officers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appoi</w:t>
      </w:r>
      <w:r>
        <w:rPr>
          <w:rFonts w:ascii="Calibri" w:eastAsia="Calibri" w:hAnsi="Calibri"/>
          <w:color w:val="000000"/>
          <w:spacing w:val="5"/>
        </w:rPr>
        <w:t>nted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within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clubs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act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0"/>
      </w:pPr>
      <w:r>
        <w:rPr>
          <w:rFonts w:ascii="Calibri" w:eastAsia="Calibri" w:hAnsi="Calibri"/>
          <w:color w:val="000000"/>
          <w:spacing w:val="3"/>
        </w:rPr>
        <w:t>resource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children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represent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committee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level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Their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primary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aim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400"/>
      </w:pPr>
      <w:r>
        <w:rPr>
          <w:rFonts w:ascii="Calibri" w:eastAsia="Calibri" w:hAnsi="Calibri"/>
          <w:color w:val="000000"/>
          <w:spacing w:val="3"/>
        </w:rPr>
        <w:t>establishment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child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centred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ethos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within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Calibri" w:eastAsia="Calibri" w:hAnsi="Calibri"/>
          <w:color w:val="000000"/>
          <w:spacing w:val="17"/>
        </w:rPr>
        <w:t>.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0"/>
      </w:pPr>
      <w:r>
        <w:rPr>
          <w:rFonts w:ascii="Calibri" w:eastAsia="Calibri" w:hAnsi="Calibri"/>
          <w:b/>
          <w:color w:val="000000"/>
          <w:spacing w:val="2"/>
        </w:rPr>
        <w:t>Designated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Liaison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Person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6"/>
        </w:rPr>
        <w:t>(</w:t>
      </w:r>
      <w:r>
        <w:rPr>
          <w:rFonts w:ascii="Calibri" w:eastAsia="Calibri" w:hAnsi="Calibri"/>
          <w:b/>
          <w:color w:val="000000"/>
          <w:spacing w:val="-1"/>
        </w:rPr>
        <w:t>DLP</w:t>
      </w:r>
      <w:r>
        <w:rPr>
          <w:rFonts w:ascii="Calibri" w:eastAsia="Calibri" w:hAnsi="Calibri"/>
          <w:b/>
          <w:color w:val="000000"/>
          <w:spacing w:val="6"/>
        </w:rPr>
        <w:t>):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person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who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responsible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reporting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allegations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</w:p>
    <w:p w:rsidR="00A864D7" w:rsidRDefault="00EB075A">
      <w:pPr>
        <w:wordWrap w:val="0"/>
        <w:autoSpaceDE w:val="0"/>
        <w:autoSpaceDN w:val="0"/>
        <w:spacing w:before="60" w:after="255" w:line="225" w:lineRule="exact"/>
        <w:ind w:left="400"/>
      </w:pPr>
      <w:r>
        <w:rPr>
          <w:rFonts w:ascii="Calibri" w:eastAsia="Calibri" w:hAnsi="Calibri"/>
          <w:color w:val="000000"/>
          <w:spacing w:val="1"/>
        </w:rPr>
        <w:t>suspicions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child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abuse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welfare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issues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Statutory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Authorities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national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level</w:t>
      </w:r>
      <w:r>
        <w:rPr>
          <w:rFonts w:ascii="Calibri" w:eastAsia="Calibri" w:hAnsi="Calibri"/>
          <w:color w:val="000000"/>
          <w:spacing w:val="1"/>
        </w:rPr>
        <w:t>.</w:t>
      </w:r>
    </w:p>
    <w:p w:rsidR="00A864D7" w:rsidRDefault="00EB075A">
      <w:pPr>
        <w:wordWrap w:val="0"/>
        <w:autoSpaceDE w:val="0"/>
        <w:autoSpaceDN w:val="0"/>
        <w:spacing w:before="510" w:after="180" w:line="225" w:lineRule="exact"/>
        <w:ind w:left="400"/>
      </w:pPr>
      <w:r>
        <w:rPr>
          <w:rFonts w:ascii="Calibri" w:eastAsia="Calibri" w:hAnsi="Calibri"/>
          <w:color w:val="2E5395"/>
          <w:spacing w:val="2"/>
        </w:rPr>
        <w:t>Safeguarding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w w:val="101"/>
        </w:rPr>
        <w:t>policies</w:t>
      </w:r>
    </w:p>
    <w:p w:rsidR="00A864D7" w:rsidRDefault="00EB075A">
      <w:pPr>
        <w:wordWrap w:val="0"/>
        <w:autoSpaceDE w:val="0"/>
        <w:autoSpaceDN w:val="0"/>
        <w:spacing w:before="360" w:after="30" w:line="225" w:lineRule="exact"/>
        <w:ind w:left="400"/>
      </w:pPr>
      <w:r>
        <w:rPr>
          <w:rFonts w:ascii="Calibri" w:eastAsia="Calibri" w:hAnsi="Calibri"/>
          <w:color w:val="000000"/>
          <w:spacing w:val="2"/>
        </w:rPr>
        <w:t>Safeguarding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</w:rPr>
        <w:t>policies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been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adopted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committees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reflect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standard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400"/>
      </w:pPr>
      <w:r>
        <w:rPr>
          <w:rFonts w:ascii="Calibri" w:eastAsia="Calibri" w:hAnsi="Calibri"/>
          <w:color w:val="000000"/>
          <w:spacing w:val="2"/>
        </w:rPr>
        <w:t>Ireland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policies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These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ensure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safety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safeguarded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0"/>
      </w:pP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their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experience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fun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positive</w:t>
      </w:r>
      <w:r>
        <w:rPr>
          <w:rFonts w:ascii="Calibri" w:eastAsia="Calibri" w:hAnsi="Calibri"/>
          <w:color w:val="000000"/>
          <w:spacing w:val="15"/>
        </w:rPr>
        <w:t>.</w:t>
      </w:r>
      <w:r>
        <w:rPr>
          <w:rFonts w:ascii="Times New Roman" w:eastAsia="Times New Roman" w:hAnsi="Times New Roman"/>
          <w:color w:val="000000"/>
          <w:spacing w:val="-9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Safeguarding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made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available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255" w:line="225" w:lineRule="exact"/>
        <w:ind w:left="400"/>
      </w:pP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website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further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details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found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Noticeboard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</w:t>
      </w:r>
      <w:r>
        <w:rPr>
          <w:rFonts w:ascii="Times New Roman" w:eastAsia="Times New Roman" w:hAnsi="Times New Roman"/>
          <w:color w:val="000000"/>
          <w:spacing w:val="14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Shop</w:t>
      </w:r>
    </w:p>
    <w:p w:rsidR="00A864D7" w:rsidRDefault="00EB075A">
      <w:pPr>
        <w:wordWrap w:val="0"/>
        <w:autoSpaceDE w:val="0"/>
        <w:autoSpaceDN w:val="0"/>
        <w:spacing w:before="510" w:after="37" w:line="225" w:lineRule="exact"/>
        <w:ind w:left="400"/>
      </w:pPr>
      <w:r>
        <w:rPr>
          <w:rFonts w:ascii="Calibri" w:eastAsia="Calibri" w:hAnsi="Calibri"/>
          <w:color w:val="2E5395"/>
          <w:spacing w:val="2"/>
        </w:rPr>
        <w:t>Our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commitment</w:t>
      </w:r>
    </w:p>
    <w:p w:rsidR="00A864D7" w:rsidRDefault="00EB075A">
      <w:pPr>
        <w:wordWrap w:val="0"/>
        <w:autoSpaceDE w:val="0"/>
        <w:autoSpaceDN w:val="0"/>
        <w:spacing w:before="75" w:after="112" w:line="225" w:lineRule="exact"/>
        <w:ind w:left="400"/>
      </w:pPr>
      <w:r>
        <w:rPr>
          <w:rFonts w:ascii="Calibri" w:eastAsia="Calibri" w:hAnsi="Calibri"/>
          <w:color w:val="000000"/>
          <w:spacing w:val="6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committed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Calibri" w:eastAsia="Calibri" w:hAnsi="Calibri"/>
          <w:color w:val="000000"/>
          <w:spacing w:val="8"/>
        </w:rPr>
        <w:t>:</w:t>
      </w:r>
    </w:p>
    <w:p w:rsidR="00A864D7" w:rsidRDefault="00EB075A">
      <w:pPr>
        <w:wordWrap w:val="0"/>
        <w:autoSpaceDE w:val="0"/>
        <w:autoSpaceDN w:val="0"/>
        <w:spacing w:before="225" w:after="29" w:line="241" w:lineRule="exact"/>
        <w:ind w:left="760"/>
      </w:pPr>
      <w:r>
        <w:rPr>
          <w:rFonts w:ascii="Symbol" w:eastAsia="Symbol" w:hAnsi="Symbol"/>
          <w:color w:val="000000"/>
          <w:spacing w:val="-26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Respecting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rights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children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paramount</w:t>
      </w:r>
      <w:r>
        <w:rPr>
          <w:rFonts w:ascii="Calibri" w:eastAsia="Calibri" w:hAnsi="Calibri"/>
          <w:color w:val="000000"/>
          <w:spacing w:val="15"/>
        </w:rPr>
        <w:t>.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760"/>
      </w:pPr>
      <w:r>
        <w:rPr>
          <w:rFonts w:ascii="Symbol" w:eastAsia="Symbol" w:hAnsi="Symbol"/>
          <w:color w:val="000000"/>
          <w:spacing w:val="-26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Providing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opportunities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every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child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interested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gain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positive</w:t>
      </w:r>
    </w:p>
    <w:p w:rsidR="00A864D7" w:rsidRDefault="00EB075A">
      <w:pPr>
        <w:wordWrap w:val="0"/>
        <w:autoSpaceDE w:val="0"/>
        <w:autoSpaceDN w:val="0"/>
        <w:spacing w:before="60" w:after="29" w:line="225" w:lineRule="exact"/>
        <w:ind w:left="1121"/>
      </w:pPr>
      <w:r>
        <w:rPr>
          <w:rFonts w:ascii="Calibri" w:eastAsia="Calibri" w:hAnsi="Calibri"/>
          <w:color w:val="000000"/>
          <w:spacing w:val="5"/>
        </w:rPr>
        <w:t>experience</w:t>
      </w:r>
      <w:r>
        <w:rPr>
          <w:rFonts w:ascii="Calibri" w:eastAsia="Calibri" w:hAnsi="Calibri"/>
          <w:color w:val="000000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760"/>
      </w:pPr>
      <w:r>
        <w:rPr>
          <w:rFonts w:ascii="Symbol" w:eastAsia="Symbol" w:hAnsi="Symbol"/>
          <w:color w:val="000000"/>
          <w:spacing w:val="-26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w w:val="101"/>
        </w:rPr>
        <w:t>Including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involving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children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decision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making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providing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opportunities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children</w:t>
      </w:r>
    </w:p>
    <w:p w:rsidR="00A864D7" w:rsidRDefault="00EB075A">
      <w:pPr>
        <w:wordWrap w:val="0"/>
        <w:autoSpaceDE w:val="0"/>
        <w:autoSpaceDN w:val="0"/>
        <w:spacing w:before="60" w:after="29" w:line="225" w:lineRule="exact"/>
        <w:ind w:left="1121"/>
      </w:pP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heard</w:t>
      </w:r>
      <w:r>
        <w:rPr>
          <w:rFonts w:ascii="Calibri" w:eastAsia="Calibri" w:hAnsi="Calibri"/>
          <w:color w:val="000000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59" w:after="37" w:line="241" w:lineRule="exact"/>
        <w:ind w:left="760"/>
      </w:pPr>
      <w:r>
        <w:rPr>
          <w:rFonts w:ascii="Symbol" w:eastAsia="Symbol" w:hAnsi="Symbol"/>
          <w:color w:val="000000"/>
          <w:spacing w:val="-26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Promoting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implementing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procedures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Calibri" w:eastAsia="Calibri" w:hAnsi="Calibri"/>
          <w:color w:val="000000"/>
          <w:spacing w:val="15"/>
        </w:rPr>
        <w:t>:</w:t>
      </w:r>
    </w:p>
    <w:p w:rsidR="00A864D7" w:rsidRDefault="00EB075A">
      <w:pPr>
        <w:wordWrap w:val="0"/>
        <w:autoSpaceDE w:val="0"/>
        <w:autoSpaceDN w:val="0"/>
        <w:spacing w:before="75" w:after="28" w:line="228" w:lineRule="exact"/>
        <w:ind w:left="1481"/>
      </w:pPr>
      <w:r>
        <w:rPr>
          <w:rFonts w:ascii="Courier New" w:eastAsia="Courier New" w:hAnsi="Courier New"/>
          <w:color w:val="000000"/>
          <w:spacing w:val="4"/>
        </w:rPr>
        <w:t>o</w:t>
      </w:r>
      <w:r>
        <w:rPr>
          <w:rFonts w:ascii="Times New Roman" w:eastAsia="Times New Roman" w:hAnsi="Times New Roman"/>
          <w:color w:val="000000"/>
          <w:spacing w:val="17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Safeguard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wellbeing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children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protect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from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harm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abuse</w:t>
      </w:r>
      <w:r>
        <w:rPr>
          <w:rFonts w:ascii="Calibri" w:eastAsia="Calibri" w:hAnsi="Calibri"/>
          <w:color w:val="000000"/>
          <w:spacing w:val="5"/>
        </w:rPr>
        <w:t>,</w:t>
      </w:r>
    </w:p>
    <w:p w:rsidR="00A864D7" w:rsidRDefault="00EB075A">
      <w:pPr>
        <w:wordWrap w:val="0"/>
        <w:autoSpaceDE w:val="0"/>
        <w:autoSpaceDN w:val="0"/>
        <w:spacing w:before="56" w:after="30" w:line="225" w:lineRule="exact"/>
        <w:ind w:left="1842"/>
      </w:pPr>
      <w:r>
        <w:rPr>
          <w:rFonts w:ascii="Calibri" w:eastAsia="Calibri" w:hAnsi="Calibri"/>
          <w:color w:val="000000"/>
          <w:spacing w:val="3"/>
        </w:rPr>
        <w:t>ensuring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everyone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knows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who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speak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Calibri" w:eastAsia="Calibri" w:hAnsi="Calibri"/>
          <w:color w:val="000000"/>
          <w:spacing w:val="22"/>
        </w:rPr>
        <w:t>.</w:t>
      </w:r>
    </w:p>
    <w:p w:rsidR="00A864D7" w:rsidRDefault="00EB075A">
      <w:pPr>
        <w:wordWrap w:val="0"/>
        <w:autoSpaceDE w:val="0"/>
        <w:autoSpaceDN w:val="0"/>
        <w:spacing w:before="60" w:after="36" w:line="228" w:lineRule="exact"/>
        <w:ind w:left="1481"/>
      </w:pPr>
      <w:r>
        <w:rPr>
          <w:rFonts w:ascii="Courier New" w:eastAsia="Courier New" w:hAnsi="Courier New"/>
          <w:color w:val="000000"/>
          <w:spacing w:val="4"/>
        </w:rPr>
        <w:t>o</w:t>
      </w:r>
      <w:r>
        <w:rPr>
          <w:rFonts w:ascii="Times New Roman" w:eastAsia="Times New Roman" w:hAnsi="Times New Roman"/>
          <w:color w:val="000000"/>
          <w:spacing w:val="17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Prevent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respond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</w:rPr>
        <w:t>bullying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behaviour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ensuring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everyone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knows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what</w:t>
      </w:r>
    </w:p>
    <w:p w:rsidR="00A864D7" w:rsidRDefault="00EB075A">
      <w:pPr>
        <w:wordWrap w:val="0"/>
        <w:autoSpaceDE w:val="0"/>
        <w:autoSpaceDN w:val="0"/>
        <w:spacing w:before="71" w:after="30" w:line="225" w:lineRule="exact"/>
        <w:ind w:left="1842"/>
      </w:pP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who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speak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Calibri" w:eastAsia="Calibri" w:hAnsi="Calibri"/>
          <w:color w:val="000000"/>
          <w:spacing w:val="13"/>
        </w:rPr>
        <w:t>.</w:t>
      </w:r>
    </w:p>
    <w:p w:rsidR="00A864D7" w:rsidRDefault="00EB075A">
      <w:pPr>
        <w:wordWrap w:val="0"/>
        <w:autoSpaceDE w:val="0"/>
        <w:autoSpaceDN w:val="0"/>
        <w:spacing w:before="60" w:after="28" w:line="228" w:lineRule="exact"/>
        <w:ind w:left="1481"/>
      </w:pPr>
      <w:r>
        <w:rPr>
          <w:rFonts w:ascii="Courier New" w:eastAsia="Courier New" w:hAnsi="Courier New"/>
          <w:color w:val="000000"/>
          <w:spacing w:val="4"/>
        </w:rPr>
        <w:t>o</w:t>
      </w:r>
      <w:r>
        <w:rPr>
          <w:rFonts w:ascii="Times New Roman" w:eastAsia="Times New Roman" w:hAnsi="Times New Roman"/>
          <w:color w:val="000000"/>
          <w:spacing w:val="17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Requiring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staff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volunteers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adopt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abide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this</w:t>
      </w:r>
    </w:p>
    <w:p w:rsidR="00A864D7" w:rsidRDefault="00EB075A">
      <w:pPr>
        <w:wordWrap w:val="0"/>
        <w:autoSpaceDE w:val="0"/>
        <w:autoSpaceDN w:val="0"/>
        <w:spacing w:before="56" w:after="30" w:line="225" w:lineRule="exact"/>
        <w:ind w:left="1842"/>
      </w:pPr>
      <w:r>
        <w:rPr>
          <w:rFonts w:ascii="Calibri" w:eastAsia="Calibri" w:hAnsi="Calibri"/>
          <w:color w:val="000000"/>
          <w:spacing w:val="2"/>
        </w:rPr>
        <w:t>safeguarding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policy</w:t>
      </w:r>
      <w:r>
        <w:rPr>
          <w:rFonts w:ascii="Calibri" w:eastAsia="Calibri" w:hAnsi="Calibri"/>
          <w:color w:val="000000"/>
          <w:spacing w:val="9"/>
        </w:rPr>
        <w:t>.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1842"/>
      </w:pPr>
      <w:r>
        <w:rPr>
          <w:rFonts w:ascii="Calibri" w:eastAsia="Calibri" w:hAnsi="Calibri"/>
          <w:color w:val="000000"/>
          <w:w w:val="99"/>
        </w:rPr>
        <w:t>Training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supporting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supervising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staff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volunteers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adopt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1842"/>
      </w:pPr>
      <w:r>
        <w:rPr>
          <w:rFonts w:ascii="Calibri" w:eastAsia="Calibri" w:hAnsi="Calibri"/>
          <w:color w:val="000000"/>
          <w:spacing w:val="5"/>
        </w:rPr>
        <w:t>best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practice</w:t>
      </w:r>
      <w:r>
        <w:rPr>
          <w:rFonts w:ascii="Calibri" w:eastAsia="Calibri" w:hAnsi="Calibri"/>
          <w:color w:val="000000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60" w:after="253" w:line="228" w:lineRule="exact"/>
        <w:ind w:left="1481"/>
      </w:pPr>
      <w:r>
        <w:rPr>
          <w:rFonts w:ascii="Courier New" w:eastAsia="Courier New" w:hAnsi="Courier New"/>
          <w:color w:val="000000"/>
          <w:spacing w:val="4"/>
        </w:rPr>
        <w:t>o</w:t>
      </w:r>
      <w:r>
        <w:rPr>
          <w:rFonts w:ascii="Times New Roman" w:eastAsia="Times New Roman" w:hAnsi="Times New Roman"/>
          <w:color w:val="000000"/>
          <w:spacing w:val="170"/>
        </w:rPr>
        <w:t xml:space="preserve"> </w:t>
      </w:r>
      <w:r>
        <w:rPr>
          <w:rFonts w:ascii="Calibri" w:eastAsia="Calibri" w:hAnsi="Calibri"/>
          <w:color w:val="000000"/>
          <w:w w:val="101"/>
        </w:rPr>
        <w:t>Regularly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monitoring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evaluating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implementation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this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policy</w:t>
      </w:r>
      <w:r>
        <w:rPr>
          <w:rFonts w:ascii="Calibri" w:eastAsia="Calibri" w:hAnsi="Calibri"/>
          <w:color w:val="000000"/>
          <w:spacing w:val="20"/>
        </w:rPr>
        <w:t>.</w:t>
      </w:r>
    </w:p>
    <w:p w:rsidR="00A864D7" w:rsidRDefault="00EB075A">
      <w:pPr>
        <w:wordWrap w:val="0"/>
        <w:autoSpaceDE w:val="0"/>
        <w:autoSpaceDN w:val="0"/>
        <w:spacing w:before="507" w:after="180" w:line="225" w:lineRule="exact"/>
        <w:ind w:left="400"/>
      </w:pPr>
      <w:r>
        <w:rPr>
          <w:rFonts w:ascii="Calibri" w:eastAsia="Calibri" w:hAnsi="Calibri"/>
          <w:color w:val="2E5395"/>
          <w:w w:val="101"/>
        </w:rPr>
        <w:t>Risk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6"/>
        </w:rPr>
        <w:t>Assessment</w:t>
      </w:r>
    </w:p>
    <w:p w:rsidR="00A864D7" w:rsidRDefault="00EB075A">
      <w:pPr>
        <w:wordWrap w:val="0"/>
        <w:autoSpaceDE w:val="0"/>
        <w:autoSpaceDN w:val="0"/>
        <w:spacing w:before="360" w:after="30" w:line="225" w:lineRule="exact"/>
        <w:ind w:left="400"/>
      </w:pPr>
      <w:r>
        <w:rPr>
          <w:rFonts w:ascii="Calibri" w:eastAsia="Calibri" w:hAnsi="Calibri"/>
          <w:color w:val="000000"/>
          <w:spacing w:val="3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responsibility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conduct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risk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assessment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where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101"/>
        </w:rPr>
        <w:t>examined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aspects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service</w:t>
      </w:r>
    </w:p>
    <w:p w:rsidR="00A864D7" w:rsidRDefault="00EB075A">
      <w:pPr>
        <w:wordWrap w:val="0"/>
        <w:autoSpaceDE w:val="0"/>
        <w:autoSpaceDN w:val="0"/>
        <w:spacing w:before="60" w:after="180" w:line="225" w:lineRule="exact"/>
        <w:ind w:left="400"/>
      </w:pPr>
      <w:r>
        <w:rPr>
          <w:rFonts w:ascii="Calibri" w:eastAsia="Calibri" w:hAnsi="Calibri"/>
          <w:color w:val="000000"/>
          <w:spacing w:val="3"/>
        </w:rPr>
        <w:t>provided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from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safeguarding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perspective</w:t>
      </w:r>
      <w:r>
        <w:rPr>
          <w:rFonts w:ascii="Calibri" w:eastAsia="Calibri" w:hAnsi="Calibri"/>
          <w:color w:val="000000"/>
          <w:spacing w:val="20"/>
        </w:rPr>
        <w:t>.</w:t>
      </w:r>
    </w:p>
    <w:p w:rsidR="00A864D7" w:rsidRDefault="00EB075A">
      <w:pPr>
        <w:wordWrap w:val="0"/>
        <w:autoSpaceDE w:val="0"/>
        <w:autoSpaceDN w:val="0"/>
        <w:spacing w:before="360" w:after="0" w:line="225" w:lineRule="exact"/>
        <w:ind w:left="400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policies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safeguarding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statement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risk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assessment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available</w:t>
      </w:r>
      <w:r>
        <w:rPr>
          <w:rFonts w:ascii="Times New Roman" w:eastAsia="Times New Roman" w:hAnsi="Times New Roman"/>
          <w:color w:val="000000"/>
          <w:spacing w:val="14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request</w:t>
      </w:r>
    </w:p>
    <w:p w:rsidR="00A864D7" w:rsidRDefault="00A864D7">
      <w:pPr>
        <w:spacing w:after="0"/>
        <w:sectPr w:rsidR="00A864D7">
          <w:pgSz w:w="11910" w:h="16845"/>
          <w:pgMar w:top="732" w:right="1336" w:bottom="883" w:left="1402" w:header="720" w:footer="720" w:gutter="0"/>
          <w:cols w:space="720" w:equalWidth="0">
            <w:col w:w="9172" w:space="0"/>
          </w:cols>
          <w:docGrid w:linePitch="360"/>
        </w:sectPr>
      </w:pPr>
    </w:p>
    <w:p w:rsidR="00E33915" w:rsidRPr="00AD10ED" w:rsidRDefault="00EB075A" w:rsidP="00AD10ED">
      <w:pPr>
        <w:wordWrap w:val="0"/>
        <w:autoSpaceDE w:val="0"/>
        <w:autoSpaceDN w:val="0"/>
        <w:spacing w:before="755" w:after="22" w:line="225" w:lineRule="exact"/>
        <w:rPr>
          <w:rFonts w:ascii="Calibri" w:eastAsia="Calibri" w:hAnsi="Calibri"/>
          <w:color w:val="2E5395"/>
          <w:spacing w:val="4"/>
          <w:sz w:val="32"/>
          <w:szCs w:val="32"/>
        </w:rPr>
      </w:pPr>
      <w:r w:rsidRPr="00AD10ED">
        <w:rPr>
          <w:rFonts w:ascii="Calibri" w:eastAsia="Calibri" w:hAnsi="Calibri"/>
          <w:color w:val="2E5395"/>
          <w:spacing w:val="1"/>
          <w:sz w:val="32"/>
          <w:szCs w:val="32"/>
        </w:rPr>
        <w:lastRenderedPageBreak/>
        <w:t>Section3:</w:t>
      </w:r>
      <w:r w:rsidRPr="00AD10ED">
        <w:rPr>
          <w:rFonts w:ascii="Times New Roman" w:eastAsia="Times New Roman" w:hAnsi="Times New Roman"/>
          <w:color w:val="2E5395"/>
          <w:spacing w:val="-10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2"/>
          <w:sz w:val="32"/>
          <w:szCs w:val="32"/>
        </w:rPr>
        <w:t>Junior</w:t>
      </w:r>
      <w:r w:rsidRPr="00AD10ED">
        <w:rPr>
          <w:rFonts w:ascii="Times New Roman" w:eastAsia="Times New Roman" w:hAnsi="Times New Roman"/>
          <w:color w:val="2E5395"/>
          <w:spacing w:val="-10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4"/>
          <w:sz w:val="32"/>
          <w:szCs w:val="32"/>
        </w:rPr>
        <w:t>Development</w:t>
      </w:r>
      <w:r w:rsidRPr="00AD10ED">
        <w:rPr>
          <w:rFonts w:ascii="Calibri" w:eastAsia="Calibri" w:hAnsi="Calibri"/>
          <w:color w:val="2E5395"/>
          <w:spacing w:val="13"/>
          <w:sz w:val="32"/>
          <w:szCs w:val="32"/>
        </w:rPr>
        <w:t>,</w:t>
      </w:r>
      <w:r w:rsidRPr="00AD10ED">
        <w:rPr>
          <w:rFonts w:ascii="Times New Roman" w:eastAsia="Times New Roman" w:hAnsi="Times New Roman"/>
          <w:color w:val="2E5395"/>
          <w:spacing w:val="-10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w w:val="101"/>
          <w:sz w:val="32"/>
          <w:szCs w:val="32"/>
        </w:rPr>
        <w:t>Coaching</w:t>
      </w:r>
      <w:r w:rsidRPr="00AD10ED">
        <w:rPr>
          <w:rFonts w:ascii="Times New Roman" w:eastAsia="Times New Roman" w:hAnsi="Times New Roman"/>
          <w:color w:val="2E5395"/>
          <w:spacing w:val="-10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3"/>
          <w:sz w:val="32"/>
          <w:szCs w:val="32"/>
        </w:rPr>
        <w:t>and</w:t>
      </w:r>
      <w:r w:rsidRPr="00AD10ED">
        <w:rPr>
          <w:rFonts w:ascii="Times New Roman" w:eastAsia="Times New Roman" w:hAnsi="Times New Roman"/>
          <w:color w:val="2E5395"/>
          <w:spacing w:val="-10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4"/>
          <w:sz w:val="32"/>
          <w:szCs w:val="32"/>
        </w:rPr>
        <w:t>Cadets</w:t>
      </w:r>
    </w:p>
    <w:p w:rsidR="00E33915" w:rsidRDefault="00E33915">
      <w:pPr>
        <w:wordWrap w:val="0"/>
        <w:autoSpaceDE w:val="0"/>
        <w:autoSpaceDN w:val="0"/>
        <w:spacing w:before="45" w:after="112" w:line="225" w:lineRule="exact"/>
        <w:ind w:left="70"/>
        <w:rPr>
          <w:rFonts w:ascii="Calibri" w:eastAsia="Calibri" w:hAnsi="Calibri"/>
          <w:color w:val="2E5395"/>
          <w:spacing w:val="1"/>
        </w:rPr>
      </w:pPr>
    </w:p>
    <w:p w:rsidR="00A864D7" w:rsidRDefault="00EB075A">
      <w:pPr>
        <w:wordWrap w:val="0"/>
        <w:autoSpaceDE w:val="0"/>
        <w:autoSpaceDN w:val="0"/>
        <w:spacing w:before="45" w:after="112" w:line="225" w:lineRule="exact"/>
        <w:ind w:left="70"/>
      </w:pPr>
      <w:r>
        <w:rPr>
          <w:rFonts w:ascii="Calibri" w:eastAsia="Calibri" w:hAnsi="Calibri"/>
          <w:color w:val="2E5395"/>
          <w:spacing w:val="1"/>
        </w:rPr>
        <w:t>Coaching</w:t>
      </w:r>
    </w:p>
    <w:p w:rsidR="00A864D7" w:rsidRDefault="00EB075A">
      <w:pPr>
        <w:wordWrap w:val="0"/>
        <w:autoSpaceDE w:val="0"/>
        <w:autoSpaceDN w:val="0"/>
        <w:spacing w:before="225" w:after="37" w:line="225" w:lineRule="exact"/>
        <w:ind w:left="70"/>
      </w:pPr>
      <w:r>
        <w:rPr>
          <w:rFonts w:ascii="Calibri" w:eastAsia="Calibri" w:hAnsi="Calibri"/>
          <w:color w:val="000000"/>
          <w:w w:val="101"/>
        </w:rPr>
        <w:t>Coaching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provided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every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second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Saturday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Hugh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Feeney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(PGA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Professional</w:t>
      </w:r>
      <w:r>
        <w:rPr>
          <w:rFonts w:ascii="Calibri" w:eastAsia="Calibri" w:hAnsi="Calibri"/>
          <w:color w:val="000000"/>
          <w:spacing w:val="6"/>
        </w:rPr>
        <w:t>),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during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winter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held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Elm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Green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driving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range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upper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section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while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70"/>
      </w:pP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alternate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between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below</w:t>
      </w:r>
      <w:r>
        <w:rPr>
          <w:rFonts w:ascii="Calibri" w:eastAsia="Calibri" w:hAnsi="Calibri"/>
          <w:color w:val="000000"/>
          <w:spacing w:val="11"/>
        </w:rPr>
        <w:t>:</w:t>
      </w:r>
    </w:p>
    <w:p w:rsidR="00A864D7" w:rsidRDefault="00EB075A">
      <w:pPr>
        <w:wordWrap w:val="0"/>
        <w:autoSpaceDE w:val="0"/>
        <w:autoSpaceDN w:val="0"/>
        <w:spacing w:before="225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Elm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Green</w:t>
      </w:r>
      <w:r>
        <w:rPr>
          <w:rFonts w:ascii="Times New Roman" w:eastAsia="Times New Roman" w:hAnsi="Times New Roman"/>
          <w:color w:val="000000"/>
          <w:spacing w:val="-7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Driver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irons</w:t>
      </w:r>
    </w:p>
    <w:p w:rsidR="00A864D7" w:rsidRDefault="00EB075A">
      <w:pPr>
        <w:wordWrap w:val="0"/>
        <w:autoSpaceDE w:val="0"/>
        <w:autoSpaceDN w:val="0"/>
        <w:spacing w:before="59" w:after="112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Putting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green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beside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clubhouse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Chipping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putting</w:t>
      </w:r>
    </w:p>
    <w:p w:rsidR="00A864D7" w:rsidRDefault="00EB075A">
      <w:pPr>
        <w:wordWrap w:val="0"/>
        <w:autoSpaceDE w:val="0"/>
        <w:autoSpaceDN w:val="0"/>
        <w:spacing w:before="225" w:after="113" w:line="225" w:lineRule="exact"/>
        <w:ind w:left="70"/>
      </w:pPr>
      <w:r>
        <w:rPr>
          <w:rFonts w:ascii="Calibri" w:eastAsia="Calibri" w:hAnsi="Calibri"/>
          <w:color w:val="000000"/>
          <w:spacing w:val="4"/>
        </w:rPr>
        <w:t>There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between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3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5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day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attend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one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session</w:t>
      </w:r>
      <w:r>
        <w:rPr>
          <w:rFonts w:ascii="Calibri" w:eastAsia="Calibri" w:hAnsi="Calibri"/>
          <w:color w:val="000000"/>
          <w:spacing w:val="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000000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contains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maximum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8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split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into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age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groups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last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40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minutes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000000"/>
          <w:spacing w:val="6"/>
        </w:rPr>
        <w:t>one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parent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total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3"/>
        </w:rPr>
        <w:t>not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child</w:t>
      </w:r>
      <w:r>
        <w:rPr>
          <w:rFonts w:ascii="Calibri" w:eastAsia="Calibri" w:hAnsi="Calibri"/>
          <w:color w:val="000000"/>
          <w:spacing w:val="8"/>
        </w:rPr>
        <w:t>)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must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remain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booked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link</w:t>
      </w:r>
    </w:p>
    <w:p w:rsidR="00A864D7" w:rsidRDefault="00EB075A">
      <w:pPr>
        <w:wordWrap w:val="0"/>
        <w:autoSpaceDE w:val="0"/>
        <w:autoSpaceDN w:val="0"/>
        <w:spacing w:before="60" w:after="113" w:line="225" w:lineRule="exact"/>
        <w:ind w:left="70"/>
      </w:pPr>
      <w:r>
        <w:rPr>
          <w:rFonts w:ascii="Calibri" w:eastAsia="Calibri" w:hAnsi="Calibri"/>
          <w:color w:val="000000"/>
          <w:spacing w:val="4"/>
        </w:rPr>
        <w:t>below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7"/>
        </w:rPr>
        <w:t>e</w:t>
      </w:r>
      <w:r>
        <w:rPr>
          <w:rFonts w:ascii="Calibri" w:eastAsia="Calibri" w:hAnsi="Calibri"/>
          <w:color w:val="000000"/>
          <w:spacing w:val="8"/>
        </w:rPr>
        <w:t>-</w:t>
      </w:r>
      <w:r>
        <w:rPr>
          <w:rFonts w:ascii="Calibri" w:eastAsia="Calibri" w:hAnsi="Calibri"/>
          <w:color w:val="000000"/>
          <w:spacing w:val="-2"/>
        </w:rPr>
        <w:t>mail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inform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parents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set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up</w:t>
      </w:r>
      <w:r>
        <w:rPr>
          <w:rFonts w:ascii="Calibri" w:eastAsia="Calibri" w:hAnsi="Calibri"/>
          <w:color w:val="000000"/>
          <w:spacing w:val="17"/>
        </w:rPr>
        <w:t>:</w:t>
      </w:r>
    </w:p>
    <w:p w:rsidR="00A864D7" w:rsidRDefault="00EB075A">
      <w:pPr>
        <w:wordWrap w:val="0"/>
        <w:autoSpaceDE w:val="0"/>
        <w:autoSpaceDN w:val="0"/>
        <w:spacing w:before="225" w:after="338" w:line="225" w:lineRule="exact"/>
        <w:ind w:left="70"/>
      </w:pPr>
      <w:r>
        <w:rPr>
          <w:rFonts w:ascii="Calibri" w:eastAsia="Calibri" w:hAnsi="Calibri"/>
          <w:color w:val="1154CC"/>
          <w:spacing w:val="6"/>
          <w:u w:val="single"/>
        </w:rPr>
        <w:t>https</w:t>
      </w:r>
      <w:r>
        <w:rPr>
          <w:rFonts w:ascii="Calibri" w:eastAsia="Calibri" w:hAnsi="Calibri"/>
          <w:color w:val="1154CC"/>
          <w:spacing w:val="3"/>
          <w:u w:val="single"/>
        </w:rPr>
        <w:t>://</w:t>
      </w:r>
      <w:r>
        <w:rPr>
          <w:rFonts w:ascii="Calibri" w:eastAsia="Calibri" w:hAnsi="Calibri"/>
          <w:color w:val="1154CC"/>
          <w:spacing w:val="7"/>
          <w:u w:val="single"/>
        </w:rPr>
        <w:t>www</w:t>
      </w:r>
      <w:r>
        <w:rPr>
          <w:rFonts w:ascii="Calibri" w:eastAsia="Calibri" w:hAnsi="Calibri"/>
          <w:color w:val="1154CC"/>
          <w:spacing w:val="4"/>
          <w:u w:val="single"/>
        </w:rPr>
        <w:t>.</w:t>
      </w:r>
      <w:r>
        <w:rPr>
          <w:rFonts w:ascii="Calibri" w:eastAsia="Calibri" w:hAnsi="Calibri"/>
          <w:color w:val="1154CC"/>
          <w:spacing w:val="3"/>
          <w:u w:val="single"/>
        </w:rPr>
        <w:t>picktime</w:t>
      </w:r>
      <w:r>
        <w:rPr>
          <w:rFonts w:ascii="Calibri" w:eastAsia="Calibri" w:hAnsi="Calibri"/>
          <w:color w:val="1154CC"/>
          <w:spacing w:val="4"/>
          <w:u w:val="single"/>
        </w:rPr>
        <w:t>.com</w:t>
      </w:r>
      <w:r>
        <w:rPr>
          <w:rFonts w:ascii="Calibri" w:eastAsia="Calibri" w:hAnsi="Calibri"/>
          <w:color w:val="1154CC"/>
          <w:spacing w:val="5"/>
          <w:u w:val="single"/>
        </w:rPr>
        <w:t>/</w:t>
      </w:r>
      <w:r>
        <w:rPr>
          <w:rFonts w:ascii="Calibri" w:eastAsia="Calibri" w:hAnsi="Calibri"/>
          <w:color w:val="1154CC"/>
          <w:spacing w:val="3"/>
          <w:u w:val="single"/>
        </w:rPr>
        <w:t>CastleknockGolfJuniorCoaching</w:t>
      </w:r>
    </w:p>
    <w:p w:rsidR="00A864D7" w:rsidRDefault="00EB075A">
      <w:pPr>
        <w:wordWrap w:val="0"/>
        <w:autoSpaceDE w:val="0"/>
        <w:autoSpaceDN w:val="0"/>
        <w:spacing w:before="676" w:after="113" w:line="225" w:lineRule="exact"/>
        <w:ind w:left="70"/>
      </w:pPr>
      <w:r>
        <w:rPr>
          <w:rFonts w:ascii="Calibri" w:eastAsia="Calibri" w:hAnsi="Calibri"/>
          <w:color w:val="2E5395"/>
          <w:spacing w:val="4"/>
        </w:rPr>
        <w:t>Cadets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8"/>
        </w:rPr>
        <w:t>(</w:t>
      </w:r>
      <w:r>
        <w:rPr>
          <w:rFonts w:ascii="Calibri" w:eastAsia="Calibri" w:hAnsi="Calibri"/>
          <w:color w:val="2E5395"/>
          <w:spacing w:val="3"/>
        </w:rPr>
        <w:t>Category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-6"/>
        </w:rPr>
        <w:t>1</w:t>
      </w:r>
      <w:r>
        <w:rPr>
          <w:rFonts w:ascii="Calibri" w:eastAsia="Calibri" w:hAnsi="Calibri"/>
          <w:color w:val="2E5395"/>
          <w:spacing w:val="11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37" w:line="225" w:lineRule="exact"/>
        <w:ind w:left="70"/>
      </w:pPr>
      <w:r>
        <w:rPr>
          <w:rFonts w:ascii="Calibri" w:eastAsia="Calibri" w:hAnsi="Calibri"/>
          <w:color w:val="2D2D2D"/>
        </w:rPr>
        <w:t>Each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born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2010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later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default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Cadet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group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They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entitled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Junior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2D2D2D"/>
          <w:spacing w:val="-6"/>
        </w:rPr>
        <w:t>6</w:t>
      </w:r>
      <w:r>
        <w:rPr>
          <w:rFonts w:ascii="Calibri" w:eastAsia="Calibri" w:hAnsi="Calibri"/>
          <w:color w:val="2D2D2D"/>
          <w:spacing w:val="5"/>
        </w:rPr>
        <w:t>’</w:t>
      </w:r>
      <w:r>
        <w:rPr>
          <w:rFonts w:ascii="Calibri" w:eastAsia="Calibri" w:hAnsi="Calibri"/>
          <w:color w:val="2D2D2D"/>
          <w:spacing w:val="4"/>
        </w:rPr>
        <w:t>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competition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which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runs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every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Sunday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99"/>
        </w:rPr>
        <w:t>time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dependent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daylight</w:t>
      </w:r>
      <w:r>
        <w:rPr>
          <w:rFonts w:ascii="Calibri" w:eastAsia="Calibri" w:hAnsi="Calibri"/>
          <w:color w:val="2D2D2D"/>
          <w:spacing w:val="-1"/>
        </w:rPr>
        <w:t>).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The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format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this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99"/>
        </w:rPr>
        <w:t>is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99"/>
        </w:rPr>
        <w:t>person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2D2D2D"/>
          <w:spacing w:val="1"/>
        </w:rPr>
        <w:t>scramble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from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150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yards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with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</w:rPr>
        <w:t>pairs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each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tee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generally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pair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stronger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weaker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Cadets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help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experienced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As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progress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9"/>
        </w:rPr>
        <w:t>we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move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tees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back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further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5"/>
        </w:rPr>
        <w:t>to</w:t>
      </w:r>
    </w:p>
    <w:p w:rsidR="00A864D7" w:rsidRDefault="00EB075A">
      <w:pPr>
        <w:wordWrap w:val="0"/>
        <w:autoSpaceDE w:val="0"/>
        <w:autoSpaceDN w:val="0"/>
        <w:spacing w:before="75" w:after="112" w:line="225" w:lineRule="exact"/>
        <w:ind w:left="70"/>
      </w:pPr>
      <w:r>
        <w:rPr>
          <w:rFonts w:ascii="Calibri" w:eastAsia="Calibri" w:hAnsi="Calibri"/>
          <w:color w:val="2D2D2D"/>
          <w:spacing w:val="3"/>
        </w:rPr>
        <w:t>eventually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hit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from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red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tees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b/>
          <w:color w:val="2D2D2D"/>
          <w:spacing w:val="10"/>
        </w:rPr>
        <w:t>We</w:t>
      </w:r>
      <w:r>
        <w:rPr>
          <w:rFonts w:ascii="Times New Roman" w:eastAsia="Times New Roman" w:hAnsi="Times New Roman"/>
          <w:b/>
          <w:color w:val="2D2D2D"/>
          <w:spacing w:val="-25"/>
        </w:rPr>
        <w:t xml:space="preserve"> </w:t>
      </w:r>
      <w:r>
        <w:rPr>
          <w:rFonts w:ascii="Calibri" w:eastAsia="Calibri" w:hAnsi="Calibri"/>
          <w:b/>
          <w:color w:val="2D2D2D"/>
          <w:spacing w:val="5"/>
        </w:rPr>
        <w:t>need</w:t>
      </w:r>
      <w:r>
        <w:rPr>
          <w:rFonts w:ascii="Times New Roman" w:eastAsia="Times New Roman" w:hAnsi="Times New Roman"/>
          <w:b/>
          <w:color w:val="2D2D2D"/>
          <w:spacing w:val="-25"/>
        </w:rPr>
        <w:t xml:space="preserve"> </w:t>
      </w:r>
      <w:r>
        <w:rPr>
          <w:rFonts w:ascii="Calibri" w:eastAsia="Calibri" w:hAnsi="Calibri"/>
          <w:b/>
          <w:color w:val="2D2D2D"/>
          <w:spacing w:val="-2"/>
        </w:rPr>
        <w:t>at</w:t>
      </w:r>
      <w:r>
        <w:rPr>
          <w:rFonts w:ascii="Times New Roman" w:eastAsia="Times New Roman" w:hAnsi="Times New Roman"/>
          <w:b/>
          <w:color w:val="2D2D2D"/>
          <w:spacing w:val="5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least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4"/>
        </w:rPr>
        <w:t>one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w w:val="101"/>
        </w:rPr>
        <w:t>parent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</w:rPr>
        <w:t>to</w:t>
      </w:r>
      <w:r>
        <w:rPr>
          <w:rFonts w:ascii="Times New Roman" w:eastAsia="Times New Roman" w:hAnsi="Times New Roman"/>
          <w:b/>
          <w:color w:val="2D2D2D"/>
          <w:spacing w:val="5"/>
        </w:rPr>
        <w:t xml:space="preserve"> </w:t>
      </w:r>
      <w:r>
        <w:rPr>
          <w:rFonts w:ascii="Calibri" w:eastAsia="Calibri" w:hAnsi="Calibri"/>
          <w:b/>
          <w:color w:val="2D2D2D"/>
          <w:w w:val="101"/>
        </w:rPr>
        <w:t>walk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with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1"/>
        </w:rPr>
        <w:t>each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-6"/>
        </w:rPr>
        <w:t>4</w:t>
      </w:r>
      <w:r>
        <w:rPr>
          <w:rFonts w:ascii="Times New Roman" w:eastAsia="Times New Roman" w:hAnsi="Times New Roman"/>
          <w:b/>
          <w:color w:val="2D2D2D"/>
          <w:spacing w:val="14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ball</w:t>
      </w:r>
      <w:r>
        <w:rPr>
          <w:rFonts w:ascii="Calibri" w:eastAsia="Calibri" w:hAnsi="Calibri"/>
          <w:b/>
          <w:color w:val="2D2D2D"/>
          <w:spacing w:val="1"/>
        </w:rPr>
        <w:t>.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4"/>
        </w:rPr>
        <w:t>Please</w:t>
      </w:r>
      <w:r>
        <w:rPr>
          <w:rFonts w:ascii="Times New Roman" w:eastAsia="Times New Roman" w:hAnsi="Times New Roman"/>
          <w:b/>
          <w:color w:val="2D2D2D"/>
          <w:spacing w:val="-25"/>
        </w:rPr>
        <w:t xml:space="preserve"> </w:t>
      </w:r>
      <w:r>
        <w:rPr>
          <w:rFonts w:ascii="Calibri" w:eastAsia="Calibri" w:hAnsi="Calibri"/>
          <w:b/>
          <w:color w:val="2D2D2D"/>
          <w:spacing w:val="5"/>
        </w:rPr>
        <w:t>offer</w:t>
      </w:r>
      <w:r>
        <w:rPr>
          <w:rFonts w:ascii="Times New Roman" w:eastAsia="Times New Roman" w:hAnsi="Times New Roman"/>
          <w:b/>
          <w:color w:val="2D2D2D"/>
          <w:spacing w:val="-25"/>
        </w:rPr>
        <w:t xml:space="preserve"> </w:t>
      </w:r>
      <w:r>
        <w:rPr>
          <w:rFonts w:ascii="Calibri" w:eastAsia="Calibri" w:hAnsi="Calibri"/>
          <w:b/>
          <w:color w:val="2D2D2D"/>
        </w:rPr>
        <w:t>your</w:t>
      </w:r>
      <w:r>
        <w:rPr>
          <w:rFonts w:ascii="Times New Roman" w:eastAsia="Times New Roman" w:hAnsi="Times New Roman"/>
          <w:b/>
          <w:color w:val="2D2D2D"/>
          <w:spacing w:val="5"/>
        </w:rPr>
        <w:t xml:space="preserve"> </w:t>
      </w:r>
      <w:r>
        <w:rPr>
          <w:rFonts w:ascii="Calibri" w:eastAsia="Calibri" w:hAnsi="Calibri"/>
          <w:b/>
          <w:color w:val="2D2D2D"/>
          <w:spacing w:val="3"/>
        </w:rPr>
        <w:t>services</w:t>
      </w:r>
      <w:r>
        <w:rPr>
          <w:rFonts w:ascii="Times New Roman" w:eastAsia="Times New Roman" w:hAnsi="Times New Roman"/>
          <w:b/>
          <w:color w:val="2D2D2D"/>
          <w:spacing w:val="-25"/>
        </w:rPr>
        <w:t xml:space="preserve"> </w:t>
      </w:r>
      <w:r>
        <w:rPr>
          <w:rFonts w:ascii="Calibri" w:eastAsia="Calibri" w:hAnsi="Calibri"/>
          <w:b/>
          <w:color w:val="2D2D2D"/>
          <w:spacing w:val="3"/>
        </w:rPr>
        <w:t>when</w:t>
      </w:r>
      <w:r>
        <w:rPr>
          <w:rFonts w:ascii="Times New Roman" w:eastAsia="Times New Roman" w:hAnsi="Times New Roman"/>
          <w:b/>
          <w:color w:val="2D2D2D"/>
          <w:spacing w:val="-25"/>
        </w:rPr>
        <w:t xml:space="preserve"> </w:t>
      </w:r>
      <w:r>
        <w:rPr>
          <w:rFonts w:ascii="Calibri" w:eastAsia="Calibri" w:hAnsi="Calibri"/>
          <w:b/>
          <w:color w:val="2D2D2D"/>
          <w:spacing w:val="1"/>
        </w:rPr>
        <w:t>you</w:t>
      </w:r>
      <w:r>
        <w:rPr>
          <w:rFonts w:ascii="Times New Roman" w:eastAsia="Times New Roman" w:hAnsi="Times New Roman"/>
          <w:b/>
          <w:color w:val="2D2D2D"/>
          <w:spacing w:val="5"/>
        </w:rPr>
        <w:t xml:space="preserve"> </w:t>
      </w:r>
      <w:r>
        <w:rPr>
          <w:rFonts w:ascii="Calibri" w:eastAsia="Calibri" w:hAnsi="Calibri"/>
          <w:b/>
          <w:color w:val="2D2D2D"/>
          <w:w w:val="101"/>
        </w:rPr>
        <w:t>arrive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-2"/>
        </w:rPr>
        <w:t>if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70"/>
      </w:pPr>
      <w:r>
        <w:rPr>
          <w:rFonts w:ascii="Calibri" w:eastAsia="Calibri" w:hAnsi="Calibri"/>
          <w:b/>
          <w:color w:val="2D2D2D"/>
          <w:spacing w:val="1"/>
        </w:rPr>
        <w:t>you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-1"/>
        </w:rPr>
        <w:t>can</w:t>
      </w:r>
      <w:r>
        <w:rPr>
          <w:rFonts w:ascii="Calibri" w:eastAsia="Calibri" w:hAnsi="Calibri"/>
          <w:b/>
          <w:color w:val="2D2D2D"/>
          <w:spacing w:val="1"/>
        </w:rPr>
        <w:t>.</w:t>
      </w:r>
      <w:r>
        <w:rPr>
          <w:rFonts w:ascii="Times New Roman" w:eastAsia="Times New Roman" w:hAnsi="Times New Roman"/>
          <w:b/>
          <w:color w:val="2D2D2D"/>
          <w:spacing w:val="5"/>
        </w:rPr>
        <w:t xml:space="preserve"> </w:t>
      </w:r>
      <w:r>
        <w:rPr>
          <w:rFonts w:ascii="Calibri" w:eastAsia="Calibri" w:hAnsi="Calibri"/>
          <w:b/>
          <w:color w:val="2D2D2D"/>
          <w:spacing w:val="10"/>
        </w:rPr>
        <w:t>We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typically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</w:rPr>
        <w:t>rotate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this</w:t>
      </w:r>
      <w:r>
        <w:rPr>
          <w:rFonts w:ascii="Calibri" w:eastAsia="Calibri" w:hAnsi="Calibri"/>
          <w:b/>
          <w:color w:val="2D2D2D"/>
          <w:spacing w:val="1"/>
        </w:rPr>
        <w:t>.</w:t>
      </w:r>
      <w:r>
        <w:rPr>
          <w:rFonts w:ascii="Times New Roman" w:eastAsia="Times New Roman" w:hAnsi="Times New Roman"/>
          <w:b/>
          <w:color w:val="2D2D2D"/>
          <w:spacing w:val="-5"/>
        </w:rPr>
        <w:t xml:space="preserve"> </w:t>
      </w:r>
      <w:r>
        <w:rPr>
          <w:rFonts w:ascii="Calibri" w:eastAsia="Calibri" w:hAnsi="Calibri"/>
          <w:b/>
          <w:color w:val="2D2D2D"/>
          <w:spacing w:val="10"/>
        </w:rPr>
        <w:t>We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have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</w:rPr>
        <w:t>to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2"/>
        </w:rPr>
        <w:t>operate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-4"/>
        </w:rPr>
        <w:t>a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</w:rPr>
        <w:t>strict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9"/>
        </w:rPr>
        <w:t>“</w:t>
      </w:r>
      <w:r>
        <w:rPr>
          <w:rFonts w:ascii="Calibri" w:eastAsia="Calibri" w:hAnsi="Calibri"/>
          <w:b/>
          <w:color w:val="2D2D2D"/>
          <w:spacing w:val="10"/>
        </w:rPr>
        <w:t>N</w:t>
      </w:r>
      <w:r>
        <w:rPr>
          <w:rFonts w:ascii="Calibri" w:eastAsia="Calibri" w:hAnsi="Calibri"/>
          <w:b/>
          <w:color w:val="2D2D2D"/>
          <w:spacing w:val="2"/>
        </w:rPr>
        <w:t>o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3"/>
        </w:rPr>
        <w:t>Walker,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3"/>
        </w:rPr>
        <w:t>No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6"/>
        </w:rPr>
        <w:t>Golf</w:t>
      </w:r>
      <w:r>
        <w:rPr>
          <w:rFonts w:ascii="Calibri" w:eastAsia="Calibri" w:hAnsi="Calibri"/>
          <w:b/>
          <w:color w:val="2D2D2D"/>
          <w:spacing w:val="9"/>
        </w:rPr>
        <w:t>”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3"/>
        </w:rPr>
        <w:t>rule</w:t>
      </w:r>
      <w:r>
        <w:rPr>
          <w:rFonts w:ascii="Calibri" w:eastAsia="Calibri" w:hAnsi="Calibri"/>
          <w:b/>
          <w:color w:val="2D2D2D"/>
          <w:spacing w:val="5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Please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add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Calibri" w:eastAsia="Calibri" w:hAnsi="Calibri"/>
          <w:color w:val="2D2D2D"/>
          <w:spacing w:val="5"/>
        </w:rPr>
        <w:t>’</w:t>
      </w:r>
      <w:r>
        <w:rPr>
          <w:rFonts w:ascii="Calibri" w:eastAsia="Calibri" w:hAnsi="Calibri"/>
          <w:color w:val="2D2D2D"/>
          <w:spacing w:val="4"/>
        </w:rPr>
        <w:t>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name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Chronongolf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“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6</w:t>
      </w:r>
      <w:r>
        <w:rPr>
          <w:rFonts w:ascii="Calibri" w:eastAsia="Calibri" w:hAnsi="Calibri"/>
          <w:color w:val="2D2D2D"/>
          <w:spacing w:val="5"/>
        </w:rPr>
        <w:t>’</w:t>
      </w:r>
      <w:r>
        <w:rPr>
          <w:rFonts w:ascii="Calibri" w:eastAsia="Calibri" w:hAnsi="Calibri"/>
          <w:color w:val="2D2D2D"/>
          <w:spacing w:val="4"/>
        </w:rPr>
        <w:t>s</w:t>
      </w:r>
      <w:r>
        <w:rPr>
          <w:rFonts w:ascii="Calibri" w:eastAsia="Calibri" w:hAnsi="Calibri"/>
          <w:color w:val="2D2D2D"/>
          <w:spacing w:val="-2"/>
        </w:rPr>
        <w:t>”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section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arrive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5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Calibri" w:eastAsia="Calibri" w:hAnsi="Calibri"/>
          <w:color w:val="2D2D2D"/>
          <w:spacing w:val="-1"/>
        </w:rPr>
        <w:t>30pm</w:t>
      </w:r>
      <w:r>
        <w:rPr>
          <w:rFonts w:ascii="Calibri" w:eastAsia="Calibri" w:hAnsi="Calibri"/>
          <w:color w:val="2D2D2D"/>
          <w:spacing w:val="5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</w:p>
    <w:p w:rsidR="00A864D7" w:rsidRDefault="00EB075A">
      <w:pPr>
        <w:wordWrap w:val="0"/>
        <w:autoSpaceDE w:val="0"/>
        <w:autoSpaceDN w:val="0"/>
        <w:spacing w:before="60" w:after="113" w:line="225" w:lineRule="exact"/>
        <w:ind w:left="70"/>
      </w:pPr>
      <w:r>
        <w:rPr>
          <w:rFonts w:ascii="Calibri" w:eastAsia="Calibri" w:hAnsi="Calibri"/>
          <w:color w:val="2D2D2D"/>
          <w:spacing w:val="5"/>
        </w:rPr>
        <w:t>then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pair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7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Cadet’s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also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their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parents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outside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adult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competitions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but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9"/>
        </w:rPr>
        <w:t>we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ask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parents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be</w:t>
      </w:r>
    </w:p>
    <w:p w:rsidR="00A864D7" w:rsidRDefault="00EB075A">
      <w:pPr>
        <w:wordWrap w:val="0"/>
        <w:autoSpaceDE w:val="0"/>
        <w:autoSpaceDN w:val="0"/>
        <w:spacing w:before="75" w:after="338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mindful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others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course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pick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quieter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times</w:t>
      </w:r>
    </w:p>
    <w:p w:rsidR="00A864D7" w:rsidRDefault="00EB075A">
      <w:pPr>
        <w:wordWrap w:val="0"/>
        <w:autoSpaceDE w:val="0"/>
        <w:autoSpaceDN w:val="0"/>
        <w:spacing w:before="675" w:after="113" w:line="225" w:lineRule="exact"/>
        <w:ind w:left="70"/>
      </w:pPr>
      <w:r>
        <w:rPr>
          <w:rFonts w:ascii="Calibri" w:eastAsia="Calibri" w:hAnsi="Calibri"/>
          <w:color w:val="2E5395"/>
          <w:spacing w:val="9"/>
        </w:rPr>
        <w:t>New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Joiners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Born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5"/>
        </w:rPr>
        <w:t>Before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-6"/>
        </w:rPr>
        <w:t>2010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8"/>
        </w:rPr>
        <w:t>(</w:t>
      </w:r>
      <w:r>
        <w:rPr>
          <w:rFonts w:ascii="Calibri" w:eastAsia="Calibri" w:hAnsi="Calibri"/>
          <w:color w:val="2E5395"/>
          <w:spacing w:val="3"/>
        </w:rPr>
        <w:t>Category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</w:rPr>
        <w:t>2A</w:t>
      </w:r>
      <w:r>
        <w:rPr>
          <w:rFonts w:ascii="Calibri" w:eastAsia="Calibri" w:hAnsi="Calibri"/>
          <w:color w:val="2E5395"/>
          <w:spacing w:val="11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first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month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membership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born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before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2010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adult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other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juniors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where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has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24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boys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36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girls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After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1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month</w:t>
      </w:r>
      <w:r>
        <w:rPr>
          <w:rFonts w:ascii="Calibri" w:eastAsia="Calibri" w:hAnsi="Calibri"/>
          <w:color w:val="2D2D2D"/>
          <w:spacing w:val="5"/>
        </w:rPr>
        <w:t>,</w:t>
      </w:r>
    </w:p>
    <w:p w:rsidR="00A864D7" w:rsidRDefault="00EB075A">
      <w:pPr>
        <w:wordWrap w:val="0"/>
        <w:autoSpaceDE w:val="0"/>
        <w:autoSpaceDN w:val="0"/>
        <w:spacing w:before="60" w:after="38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Hugh</w:t>
      </w:r>
      <w:r>
        <w:rPr>
          <w:rFonts w:ascii="Times New Roman" w:eastAsia="Times New Roman" w:hAnsi="Times New Roman"/>
          <w:color w:val="2D2D2D"/>
          <w:spacing w:val="-9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Calibri" w:eastAsia="Calibri" w:hAnsi="Calibri"/>
          <w:color w:val="2D2D2D"/>
          <w:spacing w:val="6"/>
        </w:rPr>
        <w:t>/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9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committee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confirm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if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any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reason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not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give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broader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access</w:t>
      </w:r>
      <w:r>
        <w:rPr>
          <w:rFonts w:ascii="Calibri" w:eastAsia="Calibri" w:hAnsi="Calibri"/>
          <w:color w:val="2D2D2D"/>
          <w:spacing w:val="22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3"/>
        </w:rPr>
        <w:t>We</w:t>
      </w:r>
    </w:p>
    <w:p w:rsidR="00A864D7" w:rsidRDefault="00EB075A">
      <w:pPr>
        <w:wordWrap w:val="0"/>
        <w:autoSpaceDE w:val="0"/>
        <w:autoSpaceDN w:val="0"/>
        <w:spacing w:before="75" w:after="112" w:line="225" w:lineRule="exact"/>
        <w:ind w:left="70"/>
      </w:pP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contact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relevant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parents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confirm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broader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access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has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been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granted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05" w:line="225" w:lineRule="exact"/>
        <w:ind w:left="70"/>
      </w:pPr>
      <w:r>
        <w:rPr>
          <w:rFonts w:ascii="Calibri" w:eastAsia="Calibri" w:hAnsi="Calibri"/>
          <w:color w:val="2D2D2D"/>
        </w:rPr>
        <w:t>Each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need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attend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3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4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coaching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sessions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held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first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5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wee</w:t>
      </w:r>
      <w:r>
        <w:rPr>
          <w:rFonts w:ascii="Calibri" w:eastAsia="Calibri" w:hAnsi="Calibri"/>
          <w:color w:val="2D2D2D"/>
          <w:spacing w:val="-23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ks.</w:t>
      </w:r>
    </w:p>
    <w:p w:rsidR="00A864D7" w:rsidRDefault="00EB075A">
      <w:pPr>
        <w:wordWrap w:val="0"/>
        <w:autoSpaceDE w:val="0"/>
        <w:autoSpaceDN w:val="0"/>
        <w:spacing w:before="210" w:after="37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handicaps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they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utilize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competition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“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Calibri" w:eastAsia="Calibri" w:hAnsi="Calibri"/>
          <w:color w:val="2D2D2D"/>
          <w:spacing w:val="-2"/>
        </w:rPr>
        <w:t>”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3"/>
        </w:rPr>
        <w:t>tee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2D2D2D"/>
          <w:spacing w:val="6"/>
        </w:rPr>
        <w:t>sheet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if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likely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slower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Cards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signed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by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adult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who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has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of</w:t>
      </w:r>
    </w:p>
    <w:p w:rsidR="00A864D7" w:rsidRDefault="00EB075A">
      <w:pPr>
        <w:wordWrap w:val="0"/>
        <w:autoSpaceDE w:val="0"/>
        <w:autoSpaceDN w:val="0"/>
        <w:spacing w:before="60" w:after="113" w:line="225" w:lineRule="exact"/>
        <w:ind w:left="70"/>
      </w:pPr>
      <w:r>
        <w:rPr>
          <w:rFonts w:ascii="Calibri" w:eastAsia="Calibri" w:hAnsi="Calibri"/>
          <w:color w:val="2D2D2D"/>
          <w:spacing w:val="-6"/>
        </w:rPr>
        <w:t>24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boys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36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girls</w:t>
      </w:r>
      <w:r>
        <w:rPr>
          <w:rFonts w:ascii="Calibri" w:eastAsia="Calibri" w:hAnsi="Calibri"/>
          <w:color w:val="2D2D2D"/>
          <w:spacing w:val="5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2D2D2D"/>
          <w:spacing w:val="6"/>
        </w:rPr>
        <w:t>If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you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currently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have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associated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another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club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please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email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details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0" w:line="225" w:lineRule="exact"/>
        <w:ind w:left="70"/>
      </w:pPr>
      <w:r>
        <w:rPr>
          <w:rFonts w:ascii="Calibri" w:eastAsia="Calibri" w:hAnsi="Calibri"/>
          <w:color w:val="2D2D2D"/>
          <w:w w:val="101"/>
        </w:rPr>
        <w:t>email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address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listed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above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Committee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A864D7">
      <w:pPr>
        <w:spacing w:after="0"/>
        <w:sectPr w:rsidR="00A864D7">
          <w:pgSz w:w="11910" w:h="16845"/>
          <w:pgMar w:top="729" w:right="1337" w:bottom="723" w:left="1372" w:header="720" w:footer="720" w:gutter="0"/>
          <w:cols w:space="720" w:equalWidth="0">
            <w:col w:w="9201" w:space="0"/>
          </w:cols>
          <w:docGrid w:linePitch="360"/>
        </w:sectPr>
      </w:pPr>
    </w:p>
    <w:p w:rsidR="00A864D7" w:rsidRDefault="00A864D7">
      <w:pPr>
        <w:wordWrap w:val="0"/>
        <w:autoSpaceDE w:val="0"/>
        <w:autoSpaceDN w:val="0"/>
        <w:spacing w:after="360" w:line="14" w:lineRule="exact"/>
      </w:pPr>
    </w:p>
    <w:p w:rsidR="00A864D7" w:rsidRDefault="00EB075A">
      <w:pPr>
        <w:wordWrap w:val="0"/>
        <w:autoSpaceDE w:val="0"/>
        <w:autoSpaceDN w:val="0"/>
        <w:spacing w:before="747" w:after="112" w:line="225" w:lineRule="exact"/>
        <w:ind w:left="70"/>
      </w:pPr>
      <w:r>
        <w:rPr>
          <w:rFonts w:ascii="Calibri" w:eastAsia="Calibri" w:hAnsi="Calibri"/>
          <w:color w:val="2E5395"/>
          <w:spacing w:val="1"/>
        </w:rPr>
        <w:t>Existing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5"/>
        </w:rPr>
        <w:t>Members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2"/>
        </w:rPr>
        <w:t>Born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6"/>
        </w:rPr>
        <w:t>before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-6"/>
        </w:rPr>
        <w:t>2010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2"/>
        </w:rPr>
        <w:t>without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</w:rPr>
        <w:t>a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2"/>
        </w:rPr>
        <w:t>current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2"/>
        </w:rPr>
        <w:t>Handicap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8"/>
        </w:rPr>
        <w:t>(</w:t>
      </w:r>
      <w:r>
        <w:rPr>
          <w:rFonts w:ascii="Calibri" w:eastAsia="Calibri" w:hAnsi="Calibri"/>
          <w:color w:val="2E5395"/>
          <w:spacing w:val="3"/>
        </w:rPr>
        <w:t>Category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-1"/>
        </w:rPr>
        <w:t>2b</w:t>
      </w:r>
      <w:r>
        <w:rPr>
          <w:rFonts w:ascii="Calibri" w:eastAsia="Calibri" w:hAnsi="Calibri"/>
          <w:color w:val="2E5395"/>
          <w:spacing w:val="11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2D2D2D"/>
          <w:spacing w:val="7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part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being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golf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club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99"/>
        </w:rPr>
        <w:t>is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that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you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commit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achieving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maintaining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99"/>
        </w:rPr>
        <w:t>handicap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that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reflects</w:t>
      </w:r>
      <w:r>
        <w:rPr>
          <w:rFonts w:ascii="Times New Roman" w:eastAsia="Times New Roman" w:hAnsi="Times New Roman"/>
          <w:color w:val="2D2D2D"/>
          <w:spacing w:val="-9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current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playing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ability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have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99"/>
        </w:rPr>
        <w:t>small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number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who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have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7"/>
        </w:rPr>
        <w:t>not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submitted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cards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purposes.</w:t>
      </w:r>
      <w:r>
        <w:rPr>
          <w:rFonts w:ascii="Times New Roman" w:eastAsia="Times New Roman" w:hAnsi="Times New Roman"/>
          <w:color w:val="2D2D2D"/>
          <w:spacing w:val="1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actively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encourage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this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cohort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submit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their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cards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for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purposes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as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w w:val="101"/>
        </w:rPr>
        <w:t>quick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manner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possible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Until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they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have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received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their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this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70"/>
      </w:pPr>
      <w:r>
        <w:rPr>
          <w:rFonts w:ascii="Calibri" w:eastAsia="Calibri" w:hAnsi="Calibri"/>
          <w:color w:val="2D2D2D"/>
          <w:spacing w:val="1"/>
        </w:rPr>
        <w:t>cohort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Members</w:t>
      </w:r>
      <w:r>
        <w:rPr>
          <w:rFonts w:ascii="Times New Roman" w:eastAsia="Times New Roman" w:hAnsi="Times New Roman"/>
          <w:color w:val="2D2D2D"/>
          <w:spacing w:val="-3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casual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golf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adult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other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where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5"/>
        </w:rPr>
        <w:t>the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has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handicap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24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boys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36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girls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only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4"/>
        </w:rPr>
        <w:t>Same</w:t>
      </w:r>
      <w:r>
        <w:rPr>
          <w:rFonts w:ascii="Times New Roman" w:eastAsia="Times New Roman" w:hAnsi="Times New Roman"/>
          <w:color w:val="2D2D2D"/>
          <w:spacing w:val="-9"/>
        </w:rPr>
        <w:t xml:space="preserve"> </w:t>
      </w:r>
      <w:r>
        <w:rPr>
          <w:rFonts w:ascii="Calibri" w:eastAsia="Calibri" w:hAnsi="Calibri"/>
          <w:color w:val="2D2D2D"/>
          <w:w w:val="99"/>
        </w:rPr>
        <w:t>criteria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new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joiners</w:t>
      </w:r>
    </w:p>
    <w:p w:rsidR="00A864D7" w:rsidRDefault="00EB075A">
      <w:pPr>
        <w:wordWrap w:val="0"/>
        <w:autoSpaceDE w:val="0"/>
        <w:autoSpaceDN w:val="0"/>
        <w:spacing w:before="60" w:after="338" w:line="225" w:lineRule="exact"/>
        <w:ind w:left="70"/>
      </w:pPr>
      <w:r>
        <w:rPr>
          <w:rFonts w:ascii="Calibri" w:eastAsia="Calibri" w:hAnsi="Calibri"/>
          <w:color w:val="2D2D2D"/>
          <w:spacing w:val="3"/>
        </w:rPr>
        <w:t>born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before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2010</w:t>
      </w:r>
      <w:r>
        <w:rPr>
          <w:rFonts w:ascii="Calibri" w:eastAsia="Calibri" w:hAnsi="Calibri"/>
          <w:color w:val="2D2D2D"/>
          <w:spacing w:val="8"/>
        </w:rPr>
        <w:t>).</w:t>
      </w:r>
    </w:p>
    <w:p w:rsidR="00A864D7" w:rsidRDefault="00EB075A">
      <w:pPr>
        <w:wordWrap w:val="0"/>
        <w:autoSpaceDE w:val="0"/>
        <w:autoSpaceDN w:val="0"/>
        <w:spacing w:before="675" w:after="30" w:line="225" w:lineRule="exact"/>
        <w:ind w:left="70"/>
      </w:pPr>
      <w:r>
        <w:rPr>
          <w:rFonts w:ascii="Calibri" w:eastAsia="Calibri" w:hAnsi="Calibri"/>
          <w:color w:val="2E5395"/>
          <w:spacing w:val="4"/>
        </w:rPr>
        <w:t>Cadet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Progression</w:t>
      </w:r>
    </w:p>
    <w:p w:rsidR="00A864D7" w:rsidRDefault="00EB075A">
      <w:pPr>
        <w:wordWrap w:val="0"/>
        <w:autoSpaceDE w:val="0"/>
        <w:autoSpaceDN w:val="0"/>
        <w:spacing w:before="60" w:after="38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order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progress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Juniors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Cadets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need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complete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9"/>
        </w:rPr>
        <w:t>3x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18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hole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6</w:t>
      </w:r>
      <w:r>
        <w:rPr>
          <w:rFonts w:ascii="Times New Roman" w:eastAsia="Times New Roman" w:hAnsi="Times New Roman"/>
          <w:color w:val="2D2D2D"/>
          <w:spacing w:val="8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x9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hole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cards</w:t>
      </w:r>
      <w:r>
        <w:rPr>
          <w:rFonts w:ascii="Times New Roman" w:eastAsia="Times New Roman" w:hAnsi="Times New Roman"/>
          <w:b/>
          <w:color w:val="2D2D2D"/>
          <w:spacing w:val="-7"/>
        </w:rPr>
        <w:t xml:space="preserve"> </w:t>
      </w:r>
      <w:r>
        <w:rPr>
          <w:rFonts w:ascii="Calibri" w:eastAsia="Calibri" w:hAnsi="Calibri"/>
          <w:b/>
          <w:color w:val="2D2D2D"/>
          <w:spacing w:val="-2"/>
        </w:rPr>
        <w:t>at</w:t>
      </w:r>
      <w:r>
        <w:rPr>
          <w:rFonts w:ascii="Times New Roman" w:eastAsia="Times New Roman" w:hAnsi="Times New Roman"/>
          <w:b/>
          <w:color w:val="2D2D2D"/>
          <w:spacing w:val="5"/>
        </w:rPr>
        <w:t xml:space="preserve"> </w:t>
      </w:r>
      <w:r>
        <w:rPr>
          <w:rFonts w:ascii="Calibri" w:eastAsia="Calibri" w:hAnsi="Calibri"/>
          <w:b/>
          <w:color w:val="2D2D2D"/>
        </w:rPr>
        <w:t>Castleknock</w:t>
      </w:r>
    </w:p>
    <w:p w:rsidR="00A864D7" w:rsidRDefault="00EB075A">
      <w:pPr>
        <w:wordWrap w:val="0"/>
        <w:autoSpaceDE w:val="0"/>
        <w:autoSpaceDN w:val="0"/>
        <w:spacing w:before="75" w:after="112" w:line="225" w:lineRule="exact"/>
        <w:ind w:left="70"/>
      </w:pPr>
      <w:r>
        <w:rPr>
          <w:rFonts w:ascii="Calibri" w:eastAsia="Calibri" w:hAnsi="Calibri"/>
          <w:b/>
          <w:color w:val="2D2D2D"/>
          <w:spacing w:val="6"/>
        </w:rPr>
        <w:t>Golf</w:t>
      </w:r>
      <w:r>
        <w:rPr>
          <w:rFonts w:ascii="Times New Roman" w:eastAsia="Times New Roman" w:hAnsi="Times New Roman"/>
          <w:b/>
          <w:color w:val="2D2D2D"/>
          <w:spacing w:val="-10"/>
        </w:rPr>
        <w:t xml:space="preserve"> </w:t>
      </w:r>
      <w:r>
        <w:rPr>
          <w:rFonts w:ascii="Calibri" w:eastAsia="Calibri" w:hAnsi="Calibri"/>
          <w:b/>
          <w:color w:val="2D2D2D"/>
          <w:spacing w:val="4"/>
        </w:rPr>
        <w:t>Club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approved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by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Hugh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Committee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2D2D2D"/>
          <w:spacing w:val="5"/>
        </w:rPr>
        <w:t>These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completed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from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red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tees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If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takes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more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10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strokes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hole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they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should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pick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up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their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ball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Completed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cards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should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given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Robert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Bruen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</w:rPr>
        <w:t>Handicap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Secretary</w:t>
      </w:r>
      <w:r>
        <w:rPr>
          <w:rFonts w:ascii="Calibri" w:eastAsia="Calibri" w:hAnsi="Calibri"/>
          <w:color w:val="2D2D2D"/>
          <w:spacing w:val="5"/>
        </w:rPr>
        <w:t>).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70"/>
      </w:pPr>
      <w:r>
        <w:rPr>
          <w:rFonts w:ascii="Calibri" w:eastAsia="Calibri" w:hAnsi="Calibri"/>
          <w:color w:val="2D2D2D"/>
          <w:spacing w:val="1"/>
        </w:rPr>
        <w:t>Maturity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also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factor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which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considered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progression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2E5395"/>
          <w:spacing w:val="4"/>
        </w:rPr>
        <w:t>Course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4"/>
        </w:rPr>
        <w:t>Access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for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w w:val="101"/>
        </w:rPr>
        <w:t>Casual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5"/>
        </w:rPr>
        <w:t>Golf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000000"/>
          <w:w w:val="101"/>
        </w:rPr>
        <w:t>Casual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booked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same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manner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timesheets</w:t>
      </w:r>
      <w:r>
        <w:rPr>
          <w:rFonts w:ascii="Times New Roman" w:eastAsia="Times New Roman" w:hAnsi="Times New Roman"/>
          <w:color w:val="000000"/>
          <w:spacing w:val="8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3"/>
        </w:rPr>
        <w:t>explained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below</w:t>
      </w:r>
      <w:r>
        <w:rPr>
          <w:rFonts w:ascii="Calibri" w:eastAsia="Calibri" w:hAnsi="Calibri"/>
          <w:color w:val="000000"/>
          <w:spacing w:val="7"/>
        </w:rPr>
        <w:t>).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70"/>
      </w:pPr>
      <w:r>
        <w:rPr>
          <w:rFonts w:ascii="Calibri" w:eastAsia="Calibri" w:hAnsi="Calibri"/>
          <w:color w:val="000000"/>
          <w:spacing w:val="2"/>
        </w:rPr>
        <w:t>table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below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summarises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course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access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casual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Please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note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casual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must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take</w:t>
      </w:r>
    </w:p>
    <w:p w:rsidR="00A864D7" w:rsidRDefault="00EB075A">
      <w:pPr>
        <w:wordWrap w:val="0"/>
        <w:autoSpaceDE w:val="0"/>
        <w:autoSpaceDN w:val="0"/>
        <w:spacing w:before="75" w:after="112" w:line="225" w:lineRule="exact"/>
        <w:ind w:left="70"/>
      </w:pPr>
      <w:r>
        <w:rPr>
          <w:rFonts w:ascii="Calibri" w:eastAsia="Calibri" w:hAnsi="Calibri"/>
          <w:color w:val="000000"/>
          <w:spacing w:val="1"/>
        </w:rPr>
        <w:t>place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70"/>
      </w:pPr>
      <w:r>
        <w:rPr>
          <w:rFonts w:ascii="Calibri" w:eastAsia="Calibri" w:hAnsi="Calibri"/>
          <w:color w:val="000000"/>
          <w:w w:val="99"/>
        </w:rPr>
        <w:t>Full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3"/>
        </w:rPr>
        <w:t>Category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1</w:t>
      </w:r>
      <w:r>
        <w:rPr>
          <w:rFonts w:ascii="Calibri" w:eastAsia="Calibri" w:hAnsi="Calibri"/>
          <w:color w:val="000000"/>
          <w:spacing w:val="14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29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w w:val="99"/>
        </w:rPr>
        <w:t>Full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Access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Anytime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please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see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respective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rules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incl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Mens</w:t>
      </w:r>
    </w:p>
    <w:p w:rsidR="00A864D7" w:rsidRDefault="00EB075A">
      <w:pPr>
        <w:wordWrap w:val="0"/>
        <w:autoSpaceDE w:val="0"/>
        <w:autoSpaceDN w:val="0"/>
        <w:spacing w:before="60" w:after="29" w:line="225" w:lineRule="exact"/>
        <w:ind w:left="790"/>
      </w:pP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Ladies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access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when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book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timesheet</w:t>
      </w:r>
    </w:p>
    <w:p w:rsidR="00A864D7" w:rsidRDefault="00EB075A">
      <w:pPr>
        <w:wordWrap w:val="0"/>
        <w:autoSpaceDE w:val="0"/>
        <w:autoSpaceDN w:val="0"/>
        <w:spacing w:before="59" w:after="113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Guests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allowed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current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prevailing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rates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70"/>
      </w:pPr>
      <w:r>
        <w:rPr>
          <w:rFonts w:ascii="Calibri" w:eastAsia="Calibri" w:hAnsi="Calibri"/>
          <w:color w:val="000000"/>
          <w:spacing w:val="9"/>
        </w:rPr>
        <w:t>New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Existing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Born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Before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2010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without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current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handicap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3"/>
        </w:rPr>
        <w:t>Category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3"/>
        </w:rPr>
        <w:t>2a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Category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70"/>
      </w:pPr>
      <w:r>
        <w:rPr>
          <w:rFonts w:ascii="Calibri" w:eastAsia="Calibri" w:hAnsi="Calibri"/>
          <w:color w:val="000000"/>
          <w:spacing w:val="-1"/>
        </w:rPr>
        <w:t>2b</w:t>
      </w:r>
      <w:r>
        <w:rPr>
          <w:rFonts w:ascii="Calibri" w:eastAsia="Calibri" w:hAnsi="Calibri"/>
          <w:color w:val="000000"/>
          <w:spacing w:val="9"/>
        </w:rPr>
        <w:t>)</w:t>
      </w:r>
    </w:p>
    <w:p w:rsidR="00A864D7" w:rsidRDefault="00EB075A">
      <w:pPr>
        <w:wordWrap w:val="0"/>
        <w:autoSpaceDE w:val="0"/>
        <w:autoSpaceDN w:val="0"/>
        <w:spacing w:before="224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Always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accompanied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Experienced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Junior</w:t>
      </w:r>
    </w:p>
    <w:p w:rsidR="00A864D7" w:rsidRDefault="00EB075A">
      <w:pPr>
        <w:wordWrap w:val="0"/>
        <w:autoSpaceDE w:val="0"/>
        <w:autoSpaceDN w:val="0"/>
        <w:spacing w:before="60" w:after="37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Putting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Green</w:t>
      </w:r>
    </w:p>
    <w:p w:rsidR="00A864D7" w:rsidRDefault="00EB075A">
      <w:pPr>
        <w:wordWrap w:val="0"/>
        <w:autoSpaceDE w:val="0"/>
        <w:autoSpaceDN w:val="0"/>
        <w:spacing w:before="74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Coaching</w:t>
      </w:r>
    </w:p>
    <w:p w:rsidR="00A864D7" w:rsidRDefault="00EB075A">
      <w:pPr>
        <w:wordWrap w:val="0"/>
        <w:autoSpaceDE w:val="0"/>
        <w:autoSpaceDN w:val="0"/>
        <w:spacing w:before="60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Handicap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slots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Sunday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Any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6"/>
        </w:rPr>
        <w:t>Member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Guest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current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90"/>
      </w:pPr>
      <w:r>
        <w:rPr>
          <w:rFonts w:ascii="Calibri" w:eastAsia="Calibri" w:hAnsi="Calibri"/>
          <w:color w:val="000000"/>
          <w:w w:val="101"/>
        </w:rPr>
        <w:t>prevailing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rates</w:t>
      </w:r>
      <w:r>
        <w:rPr>
          <w:rFonts w:ascii="Calibri" w:eastAsia="Calibri" w:hAnsi="Calibri"/>
          <w:color w:val="000000"/>
          <w:spacing w:val="12"/>
        </w:rPr>
        <w:t>)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Any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Member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where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has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</w:p>
    <w:p w:rsidR="00A864D7" w:rsidRDefault="00EB075A">
      <w:pPr>
        <w:wordWrap w:val="0"/>
        <w:autoSpaceDE w:val="0"/>
        <w:autoSpaceDN w:val="0"/>
        <w:spacing w:before="60" w:after="338" w:line="225" w:lineRule="exact"/>
        <w:ind w:left="790"/>
      </w:pPr>
      <w:r>
        <w:rPr>
          <w:rFonts w:ascii="Calibri" w:eastAsia="Calibri" w:hAnsi="Calibri"/>
          <w:color w:val="2D2D2D"/>
          <w:spacing w:val="1"/>
        </w:rPr>
        <w:t>handicap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24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boys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36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girls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6"/>
        </w:rPr>
        <w:t>No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Guests</w:t>
      </w:r>
      <w:r>
        <w:rPr>
          <w:rFonts w:ascii="Calibri" w:eastAsia="Calibri" w:hAnsi="Calibri"/>
          <w:color w:val="2D2D2D"/>
          <w:spacing w:val="2"/>
        </w:rPr>
        <w:t>)</w:t>
      </w:r>
    </w:p>
    <w:p w:rsidR="00A864D7" w:rsidRDefault="00EB075A">
      <w:pPr>
        <w:wordWrap w:val="0"/>
        <w:autoSpaceDE w:val="0"/>
        <w:autoSpaceDN w:val="0"/>
        <w:spacing w:before="676" w:after="112" w:line="225" w:lineRule="exact"/>
        <w:ind w:left="70"/>
      </w:pPr>
      <w:r>
        <w:rPr>
          <w:rFonts w:ascii="Calibri" w:eastAsia="Calibri" w:hAnsi="Calibri"/>
          <w:color w:val="000000"/>
          <w:spacing w:val="4"/>
        </w:rPr>
        <w:t>Cadets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3"/>
        </w:rPr>
        <w:t>Category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>
        <w:rPr>
          <w:rFonts w:ascii="Calibri" w:eastAsia="Calibri" w:hAnsi="Calibri"/>
          <w:color w:val="000000"/>
          <w:spacing w:val="-7"/>
        </w:rPr>
        <w:t>3</w:t>
      </w:r>
      <w:r>
        <w:rPr>
          <w:rFonts w:ascii="Calibri" w:eastAsia="Calibri" w:hAnsi="Calibri"/>
          <w:color w:val="000000"/>
          <w:spacing w:val="8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29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Always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accompanied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Experienced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Putting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Green</w:t>
      </w:r>
    </w:p>
    <w:p w:rsidR="00A864D7" w:rsidRDefault="00EB075A">
      <w:pPr>
        <w:wordWrap w:val="0"/>
        <w:autoSpaceDE w:val="0"/>
        <w:autoSpaceDN w:val="0"/>
        <w:spacing w:before="59" w:after="37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Coaching</w:t>
      </w:r>
    </w:p>
    <w:p w:rsidR="00A864D7" w:rsidRDefault="00EB075A">
      <w:pPr>
        <w:wordWrap w:val="0"/>
        <w:autoSpaceDE w:val="0"/>
        <w:autoSpaceDN w:val="0"/>
        <w:spacing w:before="74" w:after="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Sixes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Sunday</w:t>
      </w:r>
    </w:p>
    <w:p w:rsidR="00A864D7" w:rsidRDefault="00A864D7">
      <w:pPr>
        <w:spacing w:after="0"/>
        <w:sectPr w:rsidR="00A864D7">
          <w:pgSz w:w="11910" w:h="16845"/>
          <w:pgMar w:top="721" w:right="1339" w:bottom="770" w:left="1372" w:header="720" w:footer="720" w:gutter="0"/>
          <w:cols w:space="720" w:equalWidth="0">
            <w:col w:w="9199" w:space="0"/>
          </w:cols>
          <w:docGrid w:linePitch="360"/>
        </w:sectPr>
      </w:pPr>
    </w:p>
    <w:p w:rsidR="00A864D7" w:rsidRDefault="00EB075A">
      <w:pPr>
        <w:wordWrap w:val="0"/>
        <w:autoSpaceDE w:val="0"/>
        <w:autoSpaceDN w:val="0"/>
        <w:spacing w:after="359" w:line="14" w:lineRule="exact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1808479</wp:posOffset>
            </wp:positionH>
            <wp:positionV relativeFrom="page">
              <wp:posOffset>3997705</wp:posOffset>
            </wp:positionV>
            <wp:extent cx="3936365" cy="27533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2741929</wp:posOffset>
            </wp:positionH>
            <wp:positionV relativeFrom="page">
              <wp:posOffset>7135583</wp:posOffset>
            </wp:positionV>
            <wp:extent cx="2075180" cy="24612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1795462</wp:posOffset>
            </wp:positionH>
            <wp:positionV relativeFrom="page">
              <wp:posOffset>4297108</wp:posOffset>
            </wp:positionV>
            <wp:extent cx="885190" cy="330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3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1795462</wp:posOffset>
            </wp:positionH>
            <wp:positionV relativeFrom="page">
              <wp:posOffset>4925123</wp:posOffset>
            </wp:positionV>
            <wp:extent cx="885190" cy="30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1795462</wp:posOffset>
            </wp:positionH>
            <wp:positionV relativeFrom="page">
              <wp:posOffset>4297108</wp:posOffset>
            </wp:positionV>
            <wp:extent cx="33020" cy="656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4D7" w:rsidRDefault="00EB075A">
      <w:pPr>
        <w:wordWrap w:val="0"/>
        <w:autoSpaceDE w:val="0"/>
        <w:autoSpaceDN w:val="0"/>
        <w:spacing w:before="747" w:after="30" w:line="241" w:lineRule="exact"/>
        <w:ind w:left="43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Any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(Member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Guest</w:t>
      </w:r>
      <w:r>
        <w:rPr>
          <w:rFonts w:ascii="Calibri" w:eastAsia="Calibri" w:hAnsi="Calibri"/>
          <w:color w:val="000000"/>
          <w:spacing w:val="11"/>
        </w:rPr>
        <w:t>)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Any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outside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Member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where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has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790"/>
      </w:pP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24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boys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36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less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girls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6"/>
        </w:rPr>
        <w:t>No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Guests</w:t>
      </w:r>
      <w:r>
        <w:rPr>
          <w:rFonts w:ascii="Calibri" w:eastAsia="Calibri" w:hAnsi="Calibri"/>
          <w:color w:val="2D2D2D"/>
          <w:spacing w:val="2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37" w:line="225" w:lineRule="exact"/>
        <w:ind w:left="70"/>
      </w:pPr>
      <w:r>
        <w:rPr>
          <w:rFonts w:ascii="Calibri" w:eastAsia="Calibri" w:hAnsi="Calibri"/>
          <w:color w:val="2E5395"/>
          <w:spacing w:val="2"/>
        </w:rPr>
        <w:t>Booking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to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w w:val="101"/>
        </w:rPr>
        <w:t>play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4"/>
        </w:rPr>
        <w:t>on</w:t>
      </w:r>
      <w:r>
        <w:rPr>
          <w:rFonts w:ascii="Times New Roman" w:eastAsia="Times New Roman" w:hAnsi="Times New Roman"/>
          <w:color w:val="2E5395"/>
          <w:spacing w:val="-10"/>
        </w:rPr>
        <w:t xml:space="preserve"> </w:t>
      </w:r>
      <w:r>
        <w:rPr>
          <w:rFonts w:ascii="Calibri" w:eastAsia="Calibri" w:hAnsi="Calibri"/>
          <w:color w:val="2E5395"/>
          <w:spacing w:val="3"/>
        </w:rPr>
        <w:t>Chronogolf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2D2D2D"/>
        </w:rPr>
        <w:t>Each</w:t>
      </w:r>
      <w:r>
        <w:rPr>
          <w:rFonts w:ascii="Times New Roman" w:eastAsia="Times New Roman" w:hAnsi="Times New Roman"/>
          <w:color w:val="2D2D2D"/>
          <w:spacing w:val="-9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should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have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their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own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</w:rPr>
        <w:t>login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associated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email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address</w:t>
      </w:r>
      <w:r>
        <w:rPr>
          <w:rFonts w:ascii="Calibri" w:eastAsia="Calibri" w:hAnsi="Calibri"/>
          <w:color w:val="2D2D2D"/>
          <w:spacing w:val="6"/>
        </w:rPr>
        <w:t>),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which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99"/>
        </w:rPr>
        <w:t>is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used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book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3"/>
        </w:rPr>
        <w:t>times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timesheet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Parent</w:t>
      </w:r>
      <w:r>
        <w:rPr>
          <w:rFonts w:ascii="Calibri" w:eastAsia="Calibri" w:hAnsi="Calibri"/>
          <w:color w:val="2D2D2D"/>
          <w:spacing w:val="4"/>
        </w:rPr>
        <w:t>’s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invite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onto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their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tee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invite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other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8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Please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note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that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only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full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invite</w:t>
      </w:r>
      <w:r>
        <w:rPr>
          <w:rFonts w:ascii="Times New Roman" w:eastAsia="Times New Roman" w:hAnsi="Times New Roman"/>
          <w:color w:val="2D2D2D"/>
          <w:spacing w:val="-9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8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guests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who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charged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180" w:line="225" w:lineRule="exact"/>
        <w:ind w:left="70"/>
      </w:pPr>
      <w:r>
        <w:rPr>
          <w:rFonts w:ascii="Calibri" w:eastAsia="Calibri" w:hAnsi="Calibri"/>
          <w:color w:val="2D2D2D"/>
          <w:w w:val="101"/>
        </w:rPr>
        <w:t>prevailing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guest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rate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6"/>
        </w:rPr>
        <w:t xml:space="preserve"> </w:t>
      </w:r>
      <w:r>
        <w:rPr>
          <w:rFonts w:ascii="Calibri" w:eastAsia="Calibri" w:hAnsi="Calibri"/>
          <w:color w:val="2D2D2D"/>
        </w:rPr>
        <w:t>This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accessed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online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also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mobile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app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360" w:after="180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Once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logged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into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Chronogolf</w:t>
      </w:r>
      <w:r>
        <w:rPr>
          <w:rFonts w:ascii="Calibri" w:eastAsia="Calibri" w:hAnsi="Calibri"/>
          <w:color w:val="2D2D2D"/>
          <w:spacing w:val="8"/>
        </w:rPr>
        <w:t>:</w:t>
      </w:r>
    </w:p>
    <w:p w:rsidR="00A864D7" w:rsidRDefault="00EB075A">
      <w:pPr>
        <w:wordWrap w:val="0"/>
        <w:autoSpaceDE w:val="0"/>
        <w:autoSpaceDN w:val="0"/>
        <w:spacing w:before="359" w:after="30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2D2D2D"/>
          <w:spacing w:val="20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Select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number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players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from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drop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down</w:t>
      </w:r>
    </w:p>
    <w:p w:rsidR="00A864D7" w:rsidRDefault="00EB075A">
      <w:pPr>
        <w:wordWrap w:val="0"/>
        <w:autoSpaceDE w:val="0"/>
        <w:autoSpaceDN w:val="0"/>
        <w:spacing w:before="60" w:after="29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2D2D2D"/>
          <w:spacing w:val="20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Click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Day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/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Date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2D2D2D"/>
          <w:spacing w:val="20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Scroll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Events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section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left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select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competition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/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category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wishes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</w:p>
    <w:p w:rsidR="00A864D7" w:rsidRDefault="00EB075A">
      <w:pPr>
        <w:wordWrap w:val="0"/>
        <w:autoSpaceDE w:val="0"/>
        <w:autoSpaceDN w:val="0"/>
        <w:spacing w:before="60" w:after="2356" w:line="225" w:lineRule="exact"/>
        <w:ind w:left="790"/>
      </w:pP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click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black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box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4713" w:after="0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2D2D2D"/>
          <w:spacing w:val="20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Click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slot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that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you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want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enter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/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Calibri" w:eastAsia="Calibri" w:hAnsi="Calibri"/>
          <w:color w:val="2D2D2D"/>
          <w:spacing w:val="19"/>
        </w:rPr>
        <w:t>.</w:t>
      </w:r>
    </w:p>
    <w:p w:rsidR="00A864D7" w:rsidRDefault="00A864D7">
      <w:pPr>
        <w:spacing w:after="0"/>
        <w:sectPr w:rsidR="00A864D7">
          <w:pgSz w:w="11910" w:h="16845"/>
          <w:pgMar w:top="721" w:right="1344" w:bottom="828" w:left="1372" w:header="720" w:footer="720" w:gutter="0"/>
          <w:cols w:space="720" w:equalWidth="0">
            <w:col w:w="9194" w:space="0"/>
          </w:cols>
          <w:docGrid w:linePitch="360"/>
        </w:sectPr>
      </w:pPr>
    </w:p>
    <w:p w:rsidR="00A864D7" w:rsidRDefault="00EB075A">
      <w:pPr>
        <w:wordWrap w:val="0"/>
        <w:autoSpaceDE w:val="0"/>
        <w:autoSpaceDN w:val="0"/>
        <w:spacing w:after="512" w:line="14" w:lineRule="exact"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6026277</wp:posOffset>
            </wp:positionV>
            <wp:extent cx="5731510" cy="17449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2275204</wp:posOffset>
            </wp:positionH>
            <wp:positionV relativeFrom="page">
              <wp:posOffset>1473961</wp:posOffset>
            </wp:positionV>
            <wp:extent cx="3006090" cy="34347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4D7" w:rsidRDefault="00EB075A">
      <w:pPr>
        <w:wordWrap w:val="0"/>
        <w:autoSpaceDE w:val="0"/>
        <w:autoSpaceDN w:val="0"/>
        <w:spacing w:before="1052" w:after="30" w:line="241" w:lineRule="exact"/>
        <w:ind w:left="430"/>
      </w:pPr>
      <w:r>
        <w:rPr>
          <w:rFonts w:ascii="Symbol" w:eastAsia="Symbol" w:hAnsi="Symbol"/>
          <w:color w:val="2D2D2D"/>
          <w:spacing w:val="-27"/>
        </w:rPr>
        <w:t></w:t>
      </w:r>
      <w:r>
        <w:rPr>
          <w:rFonts w:ascii="Times New Roman" w:eastAsia="Times New Roman" w:hAnsi="Times New Roman"/>
          <w:color w:val="2D2D2D"/>
          <w:spacing w:val="20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You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invite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others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with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your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child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4"/>
        </w:rPr>
        <w:t>once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more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than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one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player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added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at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5"/>
        </w:rPr>
        <w:t>start</w:t>
      </w:r>
      <w:r>
        <w:rPr>
          <w:rFonts w:ascii="Calibri" w:eastAsia="Calibri" w:hAnsi="Calibri"/>
          <w:color w:val="2D2D2D"/>
          <w:spacing w:val="8"/>
        </w:rPr>
        <w:t>)</w:t>
      </w:r>
    </w:p>
    <w:p w:rsidR="00A864D7" w:rsidRDefault="00EB075A">
      <w:pPr>
        <w:wordWrap w:val="0"/>
        <w:autoSpaceDE w:val="0"/>
        <w:autoSpaceDN w:val="0"/>
        <w:spacing w:before="60" w:after="3040" w:line="225" w:lineRule="exact"/>
        <w:ind w:left="790"/>
      </w:pPr>
      <w:r>
        <w:rPr>
          <w:rFonts w:ascii="Calibri" w:eastAsia="Calibri" w:hAnsi="Calibri"/>
          <w:color w:val="2D2D2D"/>
          <w:spacing w:val="5"/>
        </w:rPr>
        <w:t>by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clicking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invite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button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you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select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member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recent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guest.</w:t>
      </w:r>
    </w:p>
    <w:p w:rsidR="00A864D7" w:rsidRDefault="00EB075A">
      <w:pPr>
        <w:wordWrap w:val="0"/>
        <w:autoSpaceDE w:val="0"/>
        <w:autoSpaceDN w:val="0"/>
        <w:spacing w:before="6080" w:after="38" w:line="225" w:lineRule="exact"/>
        <w:ind w:left="70"/>
      </w:pPr>
      <w:r>
        <w:rPr>
          <w:rFonts w:ascii="Calibri" w:eastAsia="Calibri" w:hAnsi="Calibri"/>
          <w:color w:val="2D2D2D"/>
          <w:spacing w:val="4"/>
        </w:rPr>
        <w:t>There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are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number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9"/>
        </w:rPr>
        <w:t>of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tee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time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options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Juniors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Associate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Calibri" w:eastAsia="Calibri" w:hAnsi="Calibri"/>
          <w:color w:val="2D2D2D"/>
          <w:spacing w:val="5"/>
        </w:rPr>
        <w:t>’</w:t>
      </w:r>
      <w:r>
        <w:rPr>
          <w:rFonts w:ascii="Calibri" w:eastAsia="Calibri" w:hAnsi="Calibri"/>
          <w:color w:val="2D2D2D"/>
          <w:spacing w:val="4"/>
        </w:rPr>
        <w:t>s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“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Calibri" w:eastAsia="Calibri" w:hAnsi="Calibri"/>
          <w:color w:val="2D2D2D"/>
          <w:spacing w:val="-10"/>
        </w:rPr>
        <w:t>’</w:t>
      </w:r>
      <w:r>
        <w:rPr>
          <w:rFonts w:ascii="Calibri" w:eastAsia="Calibri" w:hAnsi="Calibri"/>
          <w:color w:val="2D2D2D"/>
          <w:spacing w:val="4"/>
        </w:rPr>
        <w:t>s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70"/>
      </w:pPr>
      <w:r>
        <w:rPr>
          <w:rFonts w:ascii="Calibri" w:eastAsia="Calibri" w:hAnsi="Calibri"/>
          <w:color w:val="2D2D2D"/>
          <w:spacing w:val="2"/>
        </w:rPr>
        <w:t>competition</w:t>
      </w:r>
      <w:r>
        <w:rPr>
          <w:rFonts w:ascii="Calibri" w:eastAsia="Calibri" w:hAnsi="Calibri"/>
          <w:color w:val="2D2D2D"/>
          <w:spacing w:val="-2"/>
        </w:rPr>
        <w:t>”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older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7"/>
        </w:rPr>
        <w:t>new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joiners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Cadet’s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entering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scores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for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w w:val="101"/>
        </w:rPr>
        <w:t>handicap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purposes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use</w:t>
      </w:r>
      <w:r>
        <w:rPr>
          <w:rFonts w:ascii="Times New Roman" w:eastAsia="Times New Roman" w:hAnsi="Times New Roman"/>
          <w:color w:val="2D2D2D"/>
          <w:spacing w:val="35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“</w:t>
      </w:r>
      <w:r>
        <w:rPr>
          <w:rFonts w:ascii="Calibri" w:eastAsia="Calibri" w:hAnsi="Calibri"/>
          <w:color w:val="2D2D2D"/>
          <w:w w:val="99"/>
        </w:rPr>
        <w:t>Junior</w:t>
      </w:r>
    </w:p>
    <w:p w:rsidR="00A864D7" w:rsidRDefault="00EB075A">
      <w:pPr>
        <w:wordWrap w:val="0"/>
        <w:autoSpaceDE w:val="0"/>
        <w:autoSpaceDN w:val="0"/>
        <w:spacing w:before="60" w:after="1603" w:line="225" w:lineRule="exact"/>
        <w:ind w:left="70"/>
      </w:pPr>
      <w:r>
        <w:rPr>
          <w:rFonts w:ascii="Calibri" w:eastAsia="Calibri" w:hAnsi="Calibri"/>
          <w:color w:val="2D2D2D"/>
        </w:rPr>
        <w:t>Handicap</w:t>
      </w:r>
      <w:r>
        <w:rPr>
          <w:rFonts w:ascii="Calibri" w:eastAsia="Calibri" w:hAnsi="Calibri"/>
          <w:color w:val="2D2D2D"/>
          <w:spacing w:val="-2"/>
        </w:rPr>
        <w:t>”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slots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Cadets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99"/>
        </w:rPr>
        <w:t>in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“</w:t>
      </w:r>
      <w:r>
        <w:rPr>
          <w:rFonts w:ascii="Calibri" w:eastAsia="Calibri" w:hAnsi="Calibri"/>
          <w:color w:val="2D2D2D"/>
          <w:spacing w:val="2"/>
        </w:rPr>
        <w:t>Junior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6"/>
        </w:rPr>
        <w:t>6</w:t>
      </w:r>
      <w:r>
        <w:rPr>
          <w:rFonts w:ascii="Calibri" w:eastAsia="Calibri" w:hAnsi="Calibri"/>
          <w:color w:val="2D2D2D"/>
          <w:spacing w:val="5"/>
        </w:rPr>
        <w:t>’</w:t>
      </w:r>
      <w:r>
        <w:rPr>
          <w:rFonts w:ascii="Calibri" w:eastAsia="Calibri" w:hAnsi="Calibri"/>
          <w:color w:val="2D2D2D"/>
          <w:spacing w:val="4"/>
        </w:rPr>
        <w:t>s</w:t>
      </w:r>
      <w:r>
        <w:rPr>
          <w:rFonts w:ascii="Calibri" w:eastAsia="Calibri" w:hAnsi="Calibri"/>
          <w:color w:val="2D2D2D"/>
          <w:spacing w:val="-2"/>
        </w:rPr>
        <w:t>”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shown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below</w:t>
      </w:r>
      <w:r>
        <w:rPr>
          <w:rFonts w:ascii="Calibri" w:eastAsia="Calibri" w:hAnsi="Calibri"/>
          <w:color w:val="2D2D2D"/>
          <w:spacing w:val="21"/>
        </w:rPr>
        <w:t>.</w:t>
      </w:r>
    </w:p>
    <w:p w:rsidR="00A864D7" w:rsidRDefault="00EB075A">
      <w:pPr>
        <w:wordWrap w:val="0"/>
        <w:autoSpaceDE w:val="0"/>
        <w:autoSpaceDN w:val="0"/>
        <w:spacing w:before="3205" w:after="34" w:line="255" w:lineRule="exact"/>
        <w:ind w:left="70"/>
      </w:pPr>
      <w:r>
        <w:rPr>
          <w:rFonts w:ascii="Calibri" w:eastAsia="Calibri" w:hAnsi="Calibri"/>
          <w:color w:val="2E5395"/>
          <w:spacing w:val="-1"/>
          <w:sz w:val="26"/>
        </w:rPr>
        <w:t>WhatsApp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z w:val="26"/>
        </w:rPr>
        <w:t>Cohorts</w:t>
      </w:r>
    </w:p>
    <w:p w:rsidR="00A864D7" w:rsidRDefault="00EB075A">
      <w:pPr>
        <w:wordWrap w:val="0"/>
        <w:autoSpaceDE w:val="0"/>
        <w:autoSpaceDN w:val="0"/>
        <w:spacing w:before="68" w:after="30" w:line="225" w:lineRule="exact"/>
        <w:ind w:left="70"/>
      </w:pPr>
      <w:r>
        <w:rPr>
          <w:rFonts w:ascii="Calibri" w:eastAsia="Calibri" w:hAnsi="Calibri"/>
          <w:color w:val="2D2D2D"/>
          <w:w w:val="101"/>
        </w:rPr>
        <w:t>To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increase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</w:rPr>
        <w:t>participation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6"/>
        </w:rPr>
        <w:t>of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children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9"/>
        </w:rPr>
        <w:t>we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are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w w:val="101"/>
        </w:rPr>
        <w:t>planning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to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set</w:t>
      </w:r>
      <w:r>
        <w:rPr>
          <w:rFonts w:ascii="Times New Roman" w:eastAsia="Times New Roman" w:hAnsi="Times New Roman"/>
          <w:color w:val="2D2D2D"/>
          <w:spacing w:val="4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up</w:t>
      </w:r>
      <w:r>
        <w:rPr>
          <w:rFonts w:ascii="Times New Roman" w:eastAsia="Times New Roman" w:hAnsi="Times New Roman"/>
          <w:color w:val="2D2D2D"/>
          <w:spacing w:val="2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parents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WhatsApp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-1"/>
        </w:rPr>
        <w:t>cohort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70"/>
      </w:pPr>
      <w:r>
        <w:rPr>
          <w:rFonts w:ascii="Calibri" w:eastAsia="Calibri" w:hAnsi="Calibri"/>
          <w:color w:val="2D2D2D"/>
          <w:spacing w:val="3"/>
        </w:rPr>
        <w:t>groups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taking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age</w:t>
      </w:r>
      <w:r>
        <w:rPr>
          <w:rFonts w:ascii="Calibri" w:eastAsia="Calibri" w:hAnsi="Calibri"/>
          <w:color w:val="2D2D2D"/>
          <w:spacing w:val="5"/>
        </w:rPr>
        <w:t>,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category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8"/>
        </w:rPr>
        <w:t>(</w:t>
      </w:r>
      <w:r>
        <w:rPr>
          <w:rFonts w:ascii="Calibri" w:eastAsia="Calibri" w:hAnsi="Calibri"/>
          <w:color w:val="2D2D2D"/>
          <w:spacing w:val="10"/>
        </w:rPr>
        <w:t>e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Calibri" w:eastAsia="Calibri" w:hAnsi="Calibri"/>
          <w:color w:val="2D2D2D"/>
          <w:spacing w:val="2"/>
        </w:rPr>
        <w:t>g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Cadet</w:t>
      </w:r>
      <w:r>
        <w:rPr>
          <w:rFonts w:ascii="Calibri" w:eastAsia="Calibri" w:hAnsi="Calibri"/>
          <w:color w:val="2D2D2D"/>
          <w:spacing w:val="8"/>
        </w:rPr>
        <w:t>)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whether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5"/>
        </w:rPr>
        <w:t>they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are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a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4"/>
        </w:rPr>
        <w:t>boy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or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3"/>
        </w:rPr>
        <w:t>girl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w w:val="101"/>
        </w:rPr>
        <w:t>into</w:t>
      </w:r>
      <w:r>
        <w:rPr>
          <w:rFonts w:ascii="Times New Roman" w:eastAsia="Times New Roman" w:hAnsi="Times New Roman"/>
          <w:color w:val="2D2D2D"/>
          <w:spacing w:val="5"/>
        </w:rPr>
        <w:t xml:space="preserve"> </w:t>
      </w:r>
      <w:r>
        <w:rPr>
          <w:rFonts w:ascii="Calibri" w:eastAsia="Calibri" w:hAnsi="Calibri"/>
          <w:color w:val="2D2D2D"/>
          <w:spacing w:val="1"/>
        </w:rPr>
        <w:t>account</w:t>
      </w:r>
      <w:r>
        <w:rPr>
          <w:rFonts w:ascii="Calibri" w:eastAsia="Calibri" w:hAnsi="Calibri"/>
          <w:color w:val="2D2D2D"/>
          <w:spacing w:val="4"/>
        </w:rPr>
        <w:t>.</w:t>
      </w:r>
      <w:r>
        <w:rPr>
          <w:rFonts w:ascii="Times New Roman" w:eastAsia="Times New Roman" w:hAnsi="Times New Roman"/>
          <w:color w:val="2D2D2D"/>
          <w:spacing w:val="-25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Parents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-2"/>
        </w:rPr>
        <w:t>will</w:t>
      </w:r>
    </w:p>
    <w:p w:rsidR="00A864D7" w:rsidRDefault="00EB075A">
      <w:pPr>
        <w:wordWrap w:val="0"/>
        <w:autoSpaceDE w:val="0"/>
        <w:autoSpaceDN w:val="0"/>
        <w:spacing w:before="60" w:after="0" w:line="225" w:lineRule="exact"/>
        <w:ind w:left="70"/>
      </w:pPr>
      <w:r>
        <w:rPr>
          <w:rFonts w:ascii="Calibri" w:eastAsia="Calibri" w:hAnsi="Calibri"/>
          <w:color w:val="2D2D2D"/>
          <w:spacing w:val="7"/>
        </w:rPr>
        <w:t>be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2"/>
        </w:rPr>
        <w:t>invited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and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</w:rPr>
        <w:t>can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opt</w:t>
      </w:r>
      <w:r>
        <w:rPr>
          <w:rFonts w:ascii="Times New Roman" w:eastAsia="Times New Roman" w:hAnsi="Times New Roman"/>
          <w:color w:val="2D2D2D"/>
          <w:spacing w:val="-10"/>
        </w:rPr>
        <w:t xml:space="preserve"> </w:t>
      </w:r>
      <w:r>
        <w:rPr>
          <w:rFonts w:ascii="Calibri" w:eastAsia="Calibri" w:hAnsi="Calibri"/>
          <w:color w:val="2D2D2D"/>
          <w:spacing w:val="3"/>
        </w:rPr>
        <w:t>out</w:t>
      </w:r>
      <w:r>
        <w:rPr>
          <w:rFonts w:ascii="Calibri" w:eastAsia="Calibri" w:hAnsi="Calibri"/>
          <w:color w:val="2D2D2D"/>
          <w:spacing w:val="4"/>
        </w:rPr>
        <w:t>.</w:t>
      </w:r>
    </w:p>
    <w:p w:rsidR="00A864D7" w:rsidRDefault="00A864D7">
      <w:pPr>
        <w:spacing w:after="0"/>
        <w:sectPr w:rsidR="00A864D7">
          <w:pgSz w:w="11910" w:h="16845"/>
          <w:pgMar w:top="701" w:right="1357" w:bottom="1440" w:left="1372" w:header="720" w:footer="720" w:gutter="0"/>
          <w:cols w:space="720" w:equalWidth="0">
            <w:col w:w="9181" w:space="0"/>
          </w:cols>
          <w:docGrid w:linePitch="360"/>
        </w:sectPr>
      </w:pPr>
    </w:p>
    <w:p w:rsidR="00A864D7" w:rsidRDefault="00EB075A">
      <w:pPr>
        <w:wordWrap w:val="0"/>
        <w:autoSpaceDE w:val="0"/>
        <w:autoSpaceDN w:val="0"/>
        <w:spacing w:after="365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5150485</wp:posOffset>
                </wp:positionV>
                <wp:extent cx="709295" cy="155575"/>
                <wp:effectExtent l="1270" t="0" r="3810" b="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15557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0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0" y="1000"/>
                              </a:lnTo>
                              <a:lnTo>
                                <a:pt x="1000" y="1000"/>
                              </a:lnTo>
                              <a:lnTo>
                                <a:pt x="10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4D7" w:rsidRDefault="00EB075A">
                            <w:pPr>
                              <w:wordWrap w:val="0"/>
                              <w:autoSpaceDE w:val="0"/>
                              <w:autoSpaceDN w:val="0"/>
                              <w:spacing w:after="0" w:line="225" w:lineRule="exact"/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</w:rPr>
                              <w:t>Foresomes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78.1pt;margin-top:405.55pt;width:55.85pt;height: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" adj="-11796480,,5400" path="m,l,1000r1000,l1000,,,xe" filled="f" stroked="f">
                <v:stroke joinstyle="round"/>
                <v:formulas/>
                <v:path o:connecttype="custom" o:connectlocs="0,0;0,155575;709295,155575;709295,0" o:connectangles="0,0,0,0" textboxrect="0,0,1000,1000"/>
                <v:textbox inset="0,0,0,0">
                  <w:txbxContent>
                    <w:p w:rsidR="00A864D7" w:rsidRDefault="00EB075A">
                      <w:pPr>
                        <w:wordWrap w:val="0"/>
                        <w:autoSpaceDE w:val="0"/>
                        <w:autoSpaceDN w:val="0"/>
                        <w:spacing w:after="0" w:line="225" w:lineRule="exact"/>
                      </w:pPr>
                      <w:r>
                        <w:rPr>
                          <w:rFonts w:ascii="Arial" w:eastAsia="Arial" w:hAnsi="Arial"/>
                          <w:color w:val="000000"/>
                        </w:rPr>
                        <w:t>Foresomes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5474970</wp:posOffset>
                </wp:positionV>
                <wp:extent cx="365125" cy="155575"/>
                <wp:effectExtent l="1270" t="0" r="0" b="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15557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0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0" y="1000"/>
                              </a:lnTo>
                              <a:lnTo>
                                <a:pt x="1000" y="1000"/>
                              </a:lnTo>
                              <a:lnTo>
                                <a:pt x="10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4D7" w:rsidRDefault="00EB075A">
                            <w:pPr>
                              <w:wordWrap w:val="0"/>
                              <w:autoSpaceDE w:val="0"/>
                              <w:autoSpaceDN w:val="0"/>
                              <w:spacing w:after="0" w:line="225" w:lineRule="exact"/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2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</w:rPr>
                              <w:t>U15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7" style="position:absolute;margin-left:78.1pt;margin-top:431.1pt;width:28.75pt;height:12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" adj="-11796480,,5400" path="m,l,1000r1000,l1000,,,xe" filled="f" stroked="f">
                <v:stroke joinstyle="round"/>
                <v:formulas/>
                <v:path o:connecttype="custom" o:connectlocs="0,0;0,155575;365125,155575;365125,0" o:connectangles="0,0,0,0" textboxrect="0,0,1000,1000"/>
                <v:textbox inset="0,0,0,0">
                  <w:txbxContent>
                    <w:p w:rsidR="00A864D7" w:rsidRDefault="00EB075A">
                      <w:pPr>
                        <w:wordWrap w:val="0"/>
                        <w:autoSpaceDE w:val="0"/>
                        <w:autoSpaceDN w:val="0"/>
                        <w:spacing w:after="0" w:line="225" w:lineRule="exact"/>
                      </w:pPr>
                      <w:r>
                        <w:rPr>
                          <w:rFonts w:ascii="Arial" w:eastAsia="Arial" w:hAnsi="Arial"/>
                          <w:color w:val="000000"/>
                          <w:spacing w:val="2"/>
                        </w:rPr>
                        <w:t>(</w:t>
                      </w:r>
                      <w:r>
                        <w:rPr>
                          <w:rFonts w:ascii="Arial" w:eastAsia="Arial" w:hAnsi="Arial"/>
                          <w:color w:val="000000"/>
                        </w:rPr>
                        <w:t>U15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864D7" w:rsidRDefault="00EB075A">
      <w:pPr>
        <w:wordWrap w:val="0"/>
        <w:autoSpaceDE w:val="0"/>
        <w:autoSpaceDN w:val="0"/>
        <w:spacing w:before="758" w:after="248" w:line="315" w:lineRule="exact"/>
        <w:ind w:left="55"/>
      </w:pPr>
      <w:r>
        <w:rPr>
          <w:rFonts w:ascii="Calibri" w:eastAsia="Calibri" w:hAnsi="Calibri"/>
          <w:color w:val="2E5395"/>
          <w:spacing w:val="-2"/>
          <w:sz w:val="32"/>
        </w:rPr>
        <w:t>Section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3"/>
          <w:sz w:val="32"/>
        </w:rPr>
        <w:t>4</w:t>
      </w:r>
      <w:r>
        <w:rPr>
          <w:rFonts w:ascii="Calibri" w:eastAsia="Calibri" w:hAnsi="Calibri"/>
          <w:color w:val="2E5395"/>
          <w:spacing w:val="4"/>
          <w:sz w:val="32"/>
        </w:rPr>
        <w:t>: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-3"/>
          <w:sz w:val="32"/>
        </w:rPr>
        <w:t>Interclub</w:t>
      </w:r>
    </w:p>
    <w:p w:rsidR="00A864D7" w:rsidRDefault="00EB075A">
      <w:pPr>
        <w:wordWrap w:val="0"/>
        <w:autoSpaceDE w:val="0"/>
        <w:autoSpaceDN w:val="0"/>
        <w:spacing w:before="495" w:after="251" w:line="255" w:lineRule="exact"/>
        <w:ind w:left="55"/>
      </w:pPr>
      <w:r>
        <w:rPr>
          <w:rFonts w:ascii="Calibri" w:eastAsia="Calibri" w:hAnsi="Calibri"/>
          <w:color w:val="2E5395"/>
          <w:spacing w:val="-3"/>
          <w:sz w:val="26"/>
        </w:rPr>
        <w:t>Junior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8"/>
          <w:sz w:val="26"/>
        </w:rPr>
        <w:t>Team</w:t>
      </w:r>
      <w:r>
        <w:rPr>
          <w:rFonts w:ascii="Times New Roman" w:eastAsia="Times New Roman" w:hAnsi="Times New Roman"/>
          <w:color w:val="2E5395"/>
          <w:spacing w:val="25"/>
          <w:sz w:val="26"/>
        </w:rPr>
        <w:t xml:space="preserve"> </w:t>
      </w:r>
      <w:r>
        <w:rPr>
          <w:rFonts w:ascii="Calibri" w:eastAsia="Calibri" w:hAnsi="Calibri"/>
          <w:color w:val="2E5395"/>
          <w:sz w:val="26"/>
        </w:rPr>
        <w:t>Golf</w:t>
      </w:r>
    </w:p>
    <w:p w:rsidR="00A864D7" w:rsidRDefault="00EB075A">
      <w:pPr>
        <w:wordWrap w:val="0"/>
        <w:autoSpaceDE w:val="0"/>
        <w:autoSpaceDN w:val="0"/>
        <w:spacing w:before="503" w:after="112" w:line="225" w:lineRule="exact"/>
        <w:ind w:left="55"/>
      </w:pP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not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just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individual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game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55"/>
      </w:pP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often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think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US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Masters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Open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individual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winner</w:t>
      </w:r>
      <w:r>
        <w:rPr>
          <w:rFonts w:ascii="Calibri" w:eastAsia="Calibri" w:hAnsi="Calibri"/>
          <w:color w:val="000000"/>
          <w:spacing w:val="2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8" w:line="225" w:lineRule="exact"/>
        <w:ind w:left="55"/>
      </w:pPr>
      <w:r>
        <w:rPr>
          <w:rFonts w:ascii="Calibri" w:eastAsia="Calibri" w:hAnsi="Calibri"/>
          <w:color w:val="000000"/>
          <w:spacing w:val="5"/>
        </w:rPr>
        <w:t>However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sport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also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familiar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Ryder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Cup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Solheim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Cup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55"/>
      </w:pPr>
      <w:r>
        <w:rPr>
          <w:rFonts w:ascii="Calibri" w:eastAsia="Calibri" w:hAnsi="Calibri"/>
          <w:color w:val="000000"/>
          <w:spacing w:val="1"/>
        </w:rPr>
        <w:t>which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be</w:t>
      </w:r>
      <w:r>
        <w:rPr>
          <w:rFonts w:ascii="Calibri" w:eastAsia="Calibri" w:hAnsi="Calibri"/>
          <w:color w:val="000000"/>
          <w:spacing w:val="7"/>
        </w:rPr>
        <w:t>en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well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represented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Irish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…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Leona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Maguire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was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star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55"/>
      </w:pPr>
      <w:r>
        <w:rPr>
          <w:rFonts w:ascii="Calibri" w:eastAsia="Calibri" w:hAnsi="Calibri"/>
          <w:color w:val="000000"/>
        </w:rPr>
        <w:t>last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Solheim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Cup</w:t>
      </w:r>
      <w:r>
        <w:rPr>
          <w:rFonts w:ascii="Calibri" w:eastAsia="Calibri" w:hAnsi="Calibri"/>
          <w:color w:val="000000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55"/>
      </w:pPr>
      <w:r>
        <w:rPr>
          <w:rFonts w:ascii="Calibri" w:eastAsia="Calibri" w:hAnsi="Calibri"/>
          <w:color w:val="000000"/>
          <w:spacing w:val="5"/>
        </w:rPr>
        <w:t>Some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who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not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perform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well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individuals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excel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format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There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plenty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55"/>
      </w:pP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examples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Irish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such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Christy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</w:t>
      </w:r>
      <w:r>
        <w:rPr>
          <w:rFonts w:ascii="Calibri" w:eastAsia="Calibri" w:hAnsi="Calibri"/>
          <w:color w:val="000000"/>
          <w:spacing w:val="5"/>
        </w:rPr>
        <w:t>’Connor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Eamon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Darcy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&amp;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Des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Smyth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who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</w:p>
    <w:p w:rsidR="00A864D7" w:rsidRDefault="00EB075A">
      <w:pPr>
        <w:wordWrap w:val="0"/>
        <w:autoSpaceDE w:val="0"/>
        <w:autoSpaceDN w:val="0"/>
        <w:spacing w:before="75" w:after="113" w:line="225" w:lineRule="exact"/>
        <w:ind w:left="55"/>
      </w:pPr>
      <w:r>
        <w:rPr>
          <w:rFonts w:ascii="Calibri" w:eastAsia="Calibri" w:hAnsi="Calibri"/>
          <w:color w:val="000000"/>
          <w:spacing w:val="3"/>
        </w:rPr>
        <w:t>played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big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parts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Ryder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cup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remembered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those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rather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individual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honours</w:t>
      </w:r>
      <w:r>
        <w:rPr>
          <w:rFonts w:ascii="Calibri" w:eastAsia="Calibri" w:hAnsi="Calibri"/>
          <w:color w:val="000000"/>
          <w:spacing w:val="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55"/>
      </w:pPr>
      <w:r>
        <w:rPr>
          <w:rFonts w:ascii="Calibri" w:eastAsia="Calibri" w:hAnsi="Calibri"/>
          <w:color w:val="000000"/>
          <w:spacing w:val="2"/>
        </w:rPr>
        <w:t>Castleknock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offers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chance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represent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inter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55"/>
      </w:pP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Calibri" w:eastAsia="Calibri" w:hAnsi="Calibri"/>
          <w:color w:val="000000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92" w:line="225" w:lineRule="exact"/>
        <w:ind w:left="55"/>
      </w:pPr>
      <w:r>
        <w:rPr>
          <w:rFonts w:ascii="Calibri" w:eastAsia="Calibri" w:hAnsi="Calibri"/>
          <w:color w:val="000000"/>
          <w:spacing w:val="3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Entered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2023</w:t>
      </w:r>
      <w:r>
        <w:rPr>
          <w:rFonts w:ascii="Calibri" w:eastAsia="Calibri" w:hAnsi="Calibri"/>
          <w:color w:val="000000"/>
          <w:spacing w:val="5"/>
        </w:rPr>
        <w:t>:</w:t>
      </w:r>
    </w:p>
    <w:p w:rsidR="00A864D7" w:rsidRDefault="00A864D7">
      <w:pPr>
        <w:wordWrap w:val="0"/>
        <w:autoSpaceDE w:val="0"/>
        <w:autoSpaceDN w:val="0"/>
        <w:spacing w:before="170" w:after="0" w:line="14" w:lineRule="exact"/>
      </w:pPr>
    </w:p>
    <w:tbl>
      <w:tblPr>
        <w:tblW w:w="0" w:type="auto"/>
        <w:tblInd w:w="62" w:type="dxa"/>
        <w:tblLayout w:type="fixed"/>
        <w:tblLook w:val="04A0" w:firstRow="1" w:lastRow="0" w:firstColumn="1" w:lastColumn="0" w:noHBand="0" w:noVBand="1"/>
      </w:tblPr>
      <w:tblGrid>
        <w:gridCol w:w="2268"/>
        <w:gridCol w:w="2253"/>
        <w:gridCol w:w="2252"/>
        <w:gridCol w:w="2253"/>
      </w:tblGrid>
      <w:tr w:rsidR="00A864D7">
        <w:trPr>
          <w:trHeight w:hRule="exact" w:val="31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50" w:after="0" w:line="225" w:lineRule="exact"/>
              <w:ind w:left="495"/>
            </w:pPr>
            <w:r>
              <w:rPr>
                <w:rFonts w:ascii="Arial" w:eastAsia="Arial" w:hAnsi="Arial"/>
                <w:b/>
                <w:color w:val="000000"/>
                <w:w w:val="101"/>
              </w:rPr>
              <w:t>Competition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50" w:after="0" w:line="225" w:lineRule="exact"/>
              <w:ind w:left="916"/>
            </w:pPr>
            <w:r>
              <w:rPr>
                <w:rFonts w:ascii="Arial" w:eastAsia="Arial" w:hAnsi="Arial"/>
                <w:b/>
                <w:color w:val="000000"/>
                <w:spacing w:val="2"/>
              </w:rPr>
              <w:t>Age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50" w:after="0" w:line="225" w:lineRule="exact"/>
              <w:ind w:left="630"/>
            </w:pPr>
            <w:r>
              <w:rPr>
                <w:rFonts w:ascii="Arial" w:eastAsia="Arial" w:hAnsi="Arial"/>
                <w:b/>
                <w:color w:val="000000"/>
              </w:rPr>
              <w:t>Handicap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50" w:after="0" w:line="225" w:lineRule="exact"/>
              <w:ind w:left="526"/>
            </w:pPr>
            <w:r>
              <w:rPr>
                <w:rFonts w:ascii="Arial" w:eastAsia="Arial" w:hAnsi="Arial"/>
                <w:b/>
                <w:color w:val="000000"/>
                <w:w w:val="101"/>
              </w:rPr>
              <w:t>First</w:t>
            </w:r>
            <w:r>
              <w:rPr>
                <w:rFonts w:ascii="Times New Roman" w:eastAsia="Times New Roman" w:hAnsi="Times New Roman"/>
                <w:b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pacing w:val="2"/>
              </w:rPr>
              <w:t>Match</w:t>
            </w:r>
          </w:p>
        </w:tc>
      </w:tr>
      <w:tr w:rsidR="00A864D7">
        <w:trPr>
          <w:trHeight w:hRule="exact" w:val="30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20"/>
            </w:pPr>
            <w:r>
              <w:rPr>
                <w:rFonts w:ascii="Arial" w:eastAsia="Arial" w:hAnsi="Arial"/>
                <w:color w:val="000000"/>
                <w:spacing w:val="1"/>
              </w:rPr>
              <w:t>Boys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w w:val="99"/>
              </w:rPr>
              <w:t>Inter</w:t>
            </w:r>
            <w:r>
              <w:rPr>
                <w:rFonts w:ascii="Arial" w:eastAsia="Arial" w:hAnsi="Arial"/>
                <w:color w:val="000000"/>
                <w:spacing w:val="2"/>
              </w:rPr>
              <w:t>-</w:t>
            </w:r>
            <w:r>
              <w:rPr>
                <w:rFonts w:ascii="Arial" w:eastAsia="Arial" w:hAnsi="Arial"/>
                <w:color w:val="000000"/>
              </w:rPr>
              <w:t>club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</w:rPr>
              <w:t>U18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-2"/>
              </w:rPr>
              <w:t>5</w:t>
            </w:r>
            <w:r>
              <w:rPr>
                <w:rFonts w:ascii="Arial" w:eastAsia="Arial" w:hAnsi="Arial"/>
                <w:color w:val="000000"/>
                <w:spacing w:val="-1"/>
              </w:rPr>
              <w:t>.</w:t>
            </w:r>
            <w:r>
              <w:rPr>
                <w:rFonts w:ascii="Arial" w:eastAsia="Arial" w:hAnsi="Arial"/>
                <w:color w:val="000000"/>
                <w:spacing w:val="-2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2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-2"/>
              </w:rPr>
              <w:t>24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w w:val="101"/>
              </w:rPr>
              <w:t>June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-2"/>
              </w:rPr>
              <w:t>26th</w:t>
            </w:r>
          </w:p>
        </w:tc>
      </w:tr>
      <w:tr w:rsidR="00A864D7">
        <w:trPr>
          <w:trHeight w:hRule="exact" w:val="52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34" w:after="0" w:line="225" w:lineRule="exact"/>
              <w:ind w:left="120"/>
            </w:pPr>
            <w:r>
              <w:rPr>
                <w:rFonts w:ascii="Arial" w:eastAsia="Arial" w:hAnsi="Arial"/>
                <w:color w:val="000000"/>
                <w:spacing w:val="1"/>
              </w:rPr>
              <w:t>Boys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</w:rPr>
              <w:t>Junior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54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</w:rPr>
              <w:t>U18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54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6"/>
              </w:rPr>
              <w:t>&lt;</w:t>
            </w:r>
            <w:r>
              <w:rPr>
                <w:rFonts w:ascii="Arial" w:eastAsia="Arial" w:hAnsi="Arial"/>
                <w:color w:val="000000"/>
                <w:spacing w:val="-2"/>
              </w:rPr>
              <w:t>12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54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6"/>
              </w:rPr>
              <w:t>May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-2"/>
              </w:rPr>
              <w:t>14th</w:t>
            </w:r>
          </w:p>
        </w:tc>
      </w:tr>
      <w:tr w:rsidR="00A864D7">
        <w:trPr>
          <w:trHeight w:hRule="exact" w:val="51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9" w:after="0" w:line="225" w:lineRule="exact"/>
              <w:ind w:left="120"/>
            </w:pPr>
            <w:r>
              <w:rPr>
                <w:rFonts w:ascii="Arial" w:eastAsia="Arial" w:hAnsi="Arial"/>
                <w:color w:val="000000"/>
                <w:spacing w:val="1"/>
              </w:rPr>
              <w:t>Boys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w w:val="99"/>
              </w:rPr>
              <w:t>Inter</w:t>
            </w:r>
            <w:r>
              <w:rPr>
                <w:rFonts w:ascii="Arial" w:eastAsia="Arial" w:hAnsi="Arial"/>
                <w:color w:val="000000"/>
                <w:spacing w:val="2"/>
              </w:rPr>
              <w:t>-</w:t>
            </w:r>
            <w:r>
              <w:rPr>
                <w:rFonts w:ascii="Arial" w:eastAsia="Arial" w:hAnsi="Arial"/>
                <w:color w:val="000000"/>
              </w:rPr>
              <w:t>club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54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</w:rPr>
              <w:t>U15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54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6"/>
              </w:rPr>
              <w:t>&lt;</w:t>
            </w:r>
            <w:r>
              <w:rPr>
                <w:rFonts w:ascii="Arial" w:eastAsia="Arial" w:hAnsi="Arial"/>
                <w:color w:val="000000"/>
                <w:spacing w:val="-2"/>
              </w:rPr>
              <w:t>14</w:t>
            </w:r>
            <w:r>
              <w:rPr>
                <w:rFonts w:ascii="Arial" w:eastAsia="Arial" w:hAnsi="Arial"/>
                <w:color w:val="000000"/>
                <w:spacing w:val="-1"/>
              </w:rPr>
              <w:t>.</w:t>
            </w:r>
            <w:r>
              <w:rPr>
                <w:rFonts w:ascii="Arial" w:eastAsia="Arial" w:hAnsi="Arial"/>
                <w:color w:val="000000"/>
                <w:spacing w:val="-2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154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3"/>
              </w:rPr>
              <w:t>July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-2"/>
              </w:rPr>
              <w:t>2nd</w:t>
            </w:r>
          </w:p>
        </w:tc>
      </w:tr>
      <w:tr w:rsidR="00A864D7">
        <w:trPr>
          <w:trHeight w:hRule="exact" w:val="30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20"/>
            </w:pPr>
            <w:r>
              <w:rPr>
                <w:rFonts w:ascii="Arial" w:eastAsia="Arial" w:hAnsi="Arial"/>
                <w:color w:val="000000"/>
                <w:w w:val="99"/>
              </w:rPr>
              <w:t>Girls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w w:val="99"/>
              </w:rPr>
              <w:t>Inter</w:t>
            </w:r>
            <w:r>
              <w:rPr>
                <w:rFonts w:ascii="Arial" w:eastAsia="Arial" w:hAnsi="Arial"/>
                <w:color w:val="000000"/>
                <w:spacing w:val="2"/>
              </w:rPr>
              <w:t>-</w:t>
            </w:r>
            <w:r>
              <w:rPr>
                <w:rFonts w:ascii="Arial" w:eastAsia="Arial" w:hAnsi="Arial"/>
                <w:color w:val="000000"/>
                <w:w w:val="101"/>
              </w:rPr>
              <w:t>club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</w:rPr>
              <w:t>U19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6"/>
              </w:rPr>
              <w:t>&lt;</w:t>
            </w:r>
            <w:r>
              <w:rPr>
                <w:rFonts w:ascii="Arial" w:eastAsia="Arial" w:hAnsi="Arial"/>
                <w:color w:val="000000"/>
                <w:spacing w:val="-2"/>
              </w:rPr>
              <w:t>40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864D7" w:rsidRDefault="00EB075A">
            <w:pPr>
              <w:wordWrap w:val="0"/>
              <w:autoSpaceDE w:val="0"/>
              <w:autoSpaceDN w:val="0"/>
              <w:spacing w:before="49" w:after="0" w:line="225" w:lineRule="exact"/>
              <w:ind w:left="105"/>
            </w:pPr>
            <w:r>
              <w:rPr>
                <w:rFonts w:ascii="Arial" w:eastAsia="Arial" w:hAnsi="Arial"/>
                <w:color w:val="000000"/>
                <w:spacing w:val="3"/>
              </w:rPr>
              <w:t>July</w:t>
            </w:r>
            <w:r>
              <w:rPr>
                <w:rFonts w:ascii="Times New Roman" w:eastAsia="Times New Roman" w:hAnsi="Times New Roman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/>
                <w:color w:val="000000"/>
                <w:spacing w:val="-2"/>
              </w:rPr>
              <w:t>31st</w:t>
            </w:r>
          </w:p>
        </w:tc>
      </w:tr>
    </w:tbl>
    <w:p w:rsidR="00A864D7" w:rsidRDefault="00EB075A">
      <w:pPr>
        <w:wordWrap w:val="0"/>
        <w:autoSpaceDE w:val="0"/>
        <w:autoSpaceDN w:val="0"/>
        <w:spacing w:before="415" w:after="22" w:line="180" w:lineRule="exact"/>
        <w:ind w:left="55"/>
      </w:pPr>
      <w:r>
        <w:rPr>
          <w:rFonts w:ascii="Arial" w:eastAsia="Arial" w:hAnsi="Arial"/>
          <w:color w:val="000000"/>
          <w:spacing w:val="3"/>
          <w:sz w:val="18"/>
        </w:rPr>
        <w:t>Managers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will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appointed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z w:val="18"/>
        </w:rPr>
        <w:t>to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each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team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z w:val="18"/>
        </w:rPr>
        <w:t>to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coordinate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practice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and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team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6"/>
          <w:sz w:val="18"/>
        </w:rPr>
        <w:t>members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on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days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7"/>
          <w:sz w:val="18"/>
        </w:rPr>
        <w:t>of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</w:p>
    <w:p w:rsidR="00A864D7" w:rsidRDefault="00EB075A">
      <w:pPr>
        <w:wordWrap w:val="0"/>
        <w:autoSpaceDE w:val="0"/>
        <w:autoSpaceDN w:val="0"/>
        <w:spacing w:before="45" w:after="97" w:line="180" w:lineRule="exact"/>
        <w:ind w:left="55"/>
      </w:pPr>
      <w:r>
        <w:rPr>
          <w:rFonts w:ascii="Arial" w:eastAsia="Arial" w:hAnsi="Arial"/>
          <w:color w:val="000000"/>
          <w:spacing w:val="3"/>
          <w:sz w:val="18"/>
        </w:rPr>
        <w:t>competition</w:t>
      </w:r>
      <w:r>
        <w:rPr>
          <w:rFonts w:ascii="Arial" w:eastAsia="Arial" w:hAnsi="Arial"/>
          <w:color w:val="000000"/>
          <w:spacing w:val="-2"/>
          <w:sz w:val="18"/>
        </w:rPr>
        <w:t>.</w:t>
      </w:r>
    </w:p>
    <w:p w:rsidR="00A864D7" w:rsidRDefault="00EB075A">
      <w:pPr>
        <w:wordWrap w:val="0"/>
        <w:autoSpaceDE w:val="0"/>
        <w:autoSpaceDN w:val="0"/>
        <w:spacing w:before="195" w:after="105" w:line="180" w:lineRule="exact"/>
        <w:ind w:left="55"/>
      </w:pPr>
      <w:r>
        <w:rPr>
          <w:rFonts w:ascii="Arial" w:eastAsia="Arial" w:hAnsi="Arial"/>
          <w:color w:val="000000"/>
          <w:spacing w:val="2"/>
          <w:sz w:val="18"/>
        </w:rPr>
        <w:t>Players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will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be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chosen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based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on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their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eligibility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through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age</w:t>
      </w:r>
      <w:r>
        <w:rPr>
          <w:rFonts w:ascii="Arial" w:eastAsia="Arial" w:hAnsi="Arial"/>
          <w:color w:val="000000"/>
          <w:spacing w:val="-5"/>
          <w:sz w:val="18"/>
        </w:rPr>
        <w:t>,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participation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z w:val="18"/>
        </w:rPr>
        <w:t>&amp;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handicap</w:t>
      </w:r>
    </w:p>
    <w:p w:rsidR="00A864D7" w:rsidRDefault="00EB075A">
      <w:pPr>
        <w:wordWrap w:val="0"/>
        <w:autoSpaceDE w:val="0"/>
        <w:autoSpaceDN w:val="0"/>
        <w:spacing w:before="210" w:after="105" w:line="180" w:lineRule="exact"/>
        <w:ind w:left="55"/>
      </w:pPr>
      <w:r>
        <w:rPr>
          <w:rFonts w:ascii="Arial" w:eastAsia="Arial" w:hAnsi="Arial"/>
          <w:color w:val="000000"/>
          <w:spacing w:val="2"/>
          <w:sz w:val="18"/>
        </w:rPr>
        <w:t>Players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on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team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panels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will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receive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coaching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in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build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up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z w:val="18"/>
        </w:rPr>
        <w:t>to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events</w:t>
      </w:r>
      <w:r>
        <w:rPr>
          <w:rFonts w:ascii="Arial" w:eastAsia="Arial" w:hAnsi="Arial"/>
          <w:color w:val="000000"/>
          <w:spacing w:val="12"/>
          <w:sz w:val="18"/>
        </w:rPr>
        <w:t>.</w:t>
      </w:r>
    </w:p>
    <w:p w:rsidR="00A864D7" w:rsidRDefault="00EB075A">
      <w:pPr>
        <w:wordWrap w:val="0"/>
        <w:autoSpaceDE w:val="0"/>
        <w:autoSpaceDN w:val="0"/>
        <w:spacing w:before="210" w:after="97" w:line="180" w:lineRule="exact"/>
        <w:ind w:left="55"/>
      </w:pPr>
      <w:r>
        <w:rPr>
          <w:rFonts w:ascii="Arial" w:eastAsia="Arial" w:hAnsi="Arial"/>
          <w:color w:val="000000"/>
          <w:spacing w:val="1"/>
          <w:sz w:val="18"/>
        </w:rPr>
        <w:t>They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will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have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opportunities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z w:val="18"/>
        </w:rPr>
        <w:t>to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play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practice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rounds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in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format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7"/>
          <w:sz w:val="18"/>
        </w:rPr>
        <w:t>of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competition</w:t>
      </w:r>
      <w:r>
        <w:rPr>
          <w:rFonts w:ascii="Arial" w:eastAsia="Arial" w:hAnsi="Arial"/>
          <w:color w:val="000000"/>
          <w:spacing w:val="14"/>
          <w:sz w:val="18"/>
        </w:rPr>
        <w:t>.</w:t>
      </w:r>
    </w:p>
    <w:p w:rsidR="00A864D7" w:rsidRDefault="00EB075A">
      <w:pPr>
        <w:wordWrap w:val="0"/>
        <w:autoSpaceDE w:val="0"/>
        <w:autoSpaceDN w:val="0"/>
        <w:spacing w:before="195" w:after="125" w:line="180" w:lineRule="exact"/>
        <w:ind w:left="55"/>
      </w:pPr>
      <w:r>
        <w:rPr>
          <w:rFonts w:ascii="Arial" w:eastAsia="Arial" w:hAnsi="Arial"/>
          <w:color w:val="000000"/>
          <w:spacing w:val="1"/>
          <w:sz w:val="18"/>
        </w:rPr>
        <w:t>They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will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also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play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practice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round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z w:val="18"/>
        </w:rPr>
        <w:t>at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away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club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in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advance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7"/>
          <w:sz w:val="18"/>
        </w:rPr>
        <w:t>of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match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day</w:t>
      </w:r>
      <w:r>
        <w:rPr>
          <w:rFonts w:ascii="Arial" w:eastAsia="Arial" w:hAnsi="Arial"/>
          <w:color w:val="000000"/>
          <w:spacing w:val="13"/>
          <w:sz w:val="18"/>
        </w:rPr>
        <w:t>.</w:t>
      </w:r>
    </w:p>
    <w:p w:rsidR="00A864D7" w:rsidRDefault="00EB075A">
      <w:pPr>
        <w:wordWrap w:val="0"/>
        <w:autoSpaceDE w:val="0"/>
        <w:autoSpaceDN w:val="0"/>
        <w:spacing w:before="250" w:after="25" w:line="255" w:lineRule="exact"/>
        <w:ind w:left="55"/>
      </w:pPr>
      <w:r>
        <w:rPr>
          <w:rFonts w:ascii="Calibri" w:eastAsia="Calibri" w:hAnsi="Calibri"/>
          <w:color w:val="2E5395"/>
          <w:sz w:val="26"/>
        </w:rPr>
        <w:t>Adult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2"/>
          <w:sz w:val="26"/>
        </w:rPr>
        <w:t>Inter</w:t>
      </w:r>
      <w:r>
        <w:rPr>
          <w:rFonts w:ascii="Calibri" w:eastAsia="Calibri" w:hAnsi="Calibri"/>
          <w:color w:val="2E5395"/>
          <w:spacing w:val="-4"/>
          <w:sz w:val="26"/>
        </w:rPr>
        <w:t>-</w:t>
      </w:r>
      <w:r>
        <w:rPr>
          <w:rFonts w:ascii="Calibri" w:eastAsia="Calibri" w:hAnsi="Calibri"/>
          <w:color w:val="2E5395"/>
          <w:spacing w:val="-2"/>
          <w:sz w:val="26"/>
        </w:rPr>
        <w:t>club</w:t>
      </w:r>
    </w:p>
    <w:p w:rsidR="00A864D7" w:rsidRDefault="00EB075A">
      <w:pPr>
        <w:wordWrap w:val="0"/>
        <w:autoSpaceDE w:val="0"/>
        <w:autoSpaceDN w:val="0"/>
        <w:spacing w:before="51" w:after="97" w:line="180" w:lineRule="exact"/>
        <w:ind w:left="55"/>
      </w:pPr>
      <w:r>
        <w:rPr>
          <w:rFonts w:ascii="Arial" w:eastAsia="Arial" w:hAnsi="Arial"/>
          <w:color w:val="000000"/>
          <w:sz w:val="18"/>
        </w:rPr>
        <w:t>Our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junior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players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are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future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7"/>
          <w:sz w:val="18"/>
        </w:rPr>
        <w:t>of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club</w:t>
      </w:r>
      <w:r>
        <w:rPr>
          <w:rFonts w:ascii="Arial" w:eastAsia="Arial" w:hAnsi="Arial"/>
          <w:color w:val="000000"/>
          <w:spacing w:val="5"/>
          <w:sz w:val="18"/>
        </w:rPr>
        <w:t>.</w:t>
      </w:r>
    </w:p>
    <w:p w:rsidR="00A864D7" w:rsidRDefault="00EB075A">
      <w:pPr>
        <w:wordWrap w:val="0"/>
        <w:autoSpaceDE w:val="0"/>
        <w:autoSpaceDN w:val="0"/>
        <w:spacing w:before="195" w:after="350" w:line="180" w:lineRule="exact"/>
        <w:ind w:left="55"/>
      </w:pPr>
      <w:r>
        <w:rPr>
          <w:rFonts w:ascii="Arial" w:eastAsia="Arial" w:hAnsi="Arial"/>
          <w:color w:val="000000"/>
          <w:spacing w:val="2"/>
          <w:sz w:val="18"/>
        </w:rPr>
        <w:t>Castleknock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5"/>
          <w:sz w:val="18"/>
        </w:rPr>
        <w:t>will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bring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juniors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into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adult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inter</w:t>
      </w:r>
      <w:r>
        <w:rPr>
          <w:rFonts w:ascii="Arial" w:eastAsia="Arial" w:hAnsi="Arial"/>
          <w:color w:val="000000"/>
          <w:sz w:val="18"/>
        </w:rPr>
        <w:t>-</w:t>
      </w:r>
      <w:r>
        <w:rPr>
          <w:rFonts w:ascii="Arial" w:eastAsia="Arial" w:hAnsi="Arial"/>
          <w:color w:val="000000"/>
          <w:spacing w:val="4"/>
          <w:sz w:val="18"/>
        </w:rPr>
        <w:t>club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teams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as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soon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as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they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3"/>
          <w:sz w:val="18"/>
        </w:rPr>
        <w:t>achieve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1"/>
          <w:sz w:val="18"/>
        </w:rPr>
        <w:t>the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2"/>
          <w:sz w:val="18"/>
        </w:rPr>
        <w:t>standard</w:t>
      </w:r>
      <w:r>
        <w:rPr>
          <w:rFonts w:ascii="Times New Roman" w:eastAsia="Times New Roman" w:hAnsi="Times New Roman"/>
          <w:color w:val="000000"/>
          <w:sz w:val="18"/>
        </w:rPr>
        <w:t xml:space="preserve"> </w:t>
      </w:r>
      <w:r>
        <w:rPr>
          <w:rFonts w:ascii="Arial" w:eastAsia="Arial" w:hAnsi="Arial"/>
          <w:color w:val="000000"/>
          <w:spacing w:val="4"/>
          <w:sz w:val="18"/>
        </w:rPr>
        <w:t>required</w:t>
      </w:r>
      <w:r>
        <w:rPr>
          <w:rFonts w:ascii="Arial" w:eastAsia="Arial" w:hAnsi="Arial"/>
          <w:color w:val="000000"/>
          <w:spacing w:val="8"/>
          <w:sz w:val="18"/>
        </w:rPr>
        <w:t>.</w:t>
      </w:r>
    </w:p>
    <w:p w:rsidR="00A864D7" w:rsidRDefault="00EB075A">
      <w:pPr>
        <w:wordWrap w:val="0"/>
        <w:autoSpaceDE w:val="0"/>
        <w:autoSpaceDN w:val="0"/>
        <w:spacing w:before="700" w:after="26" w:line="255" w:lineRule="exact"/>
        <w:ind w:left="55"/>
      </w:pPr>
      <w:r>
        <w:rPr>
          <w:rFonts w:ascii="Calibri" w:eastAsia="Calibri" w:hAnsi="Calibri"/>
          <w:color w:val="2E5395"/>
          <w:spacing w:val="-2"/>
          <w:sz w:val="26"/>
        </w:rPr>
        <w:t>Liffey</w:t>
      </w:r>
      <w:r>
        <w:rPr>
          <w:rFonts w:ascii="Times New Roman" w:eastAsia="Times New Roman" w:hAnsi="Times New Roman"/>
          <w:color w:val="2E5395"/>
          <w:spacing w:val="10"/>
          <w:sz w:val="26"/>
        </w:rPr>
        <w:t xml:space="preserve"> </w:t>
      </w:r>
      <w:r>
        <w:rPr>
          <w:rFonts w:ascii="Calibri" w:eastAsia="Calibri" w:hAnsi="Calibri"/>
          <w:color w:val="2E5395"/>
          <w:spacing w:val="-4"/>
          <w:sz w:val="26"/>
        </w:rPr>
        <w:t>Valley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5"/>
          <w:sz w:val="26"/>
        </w:rPr>
        <w:t>League</w:t>
      </w:r>
    </w:p>
    <w:p w:rsidR="00A864D7" w:rsidRDefault="00EB075A">
      <w:pPr>
        <w:wordWrap w:val="0"/>
        <w:autoSpaceDE w:val="0"/>
        <w:autoSpaceDN w:val="0"/>
        <w:spacing w:before="53" w:after="37" w:line="225" w:lineRule="exact"/>
        <w:ind w:left="55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Liffey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Valley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League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structured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experience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away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clubs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55"/>
      </w:pPr>
      <w:r>
        <w:rPr>
          <w:rFonts w:ascii="Calibri" w:eastAsia="Calibri" w:hAnsi="Calibri"/>
          <w:color w:val="000000"/>
          <w:spacing w:val="3"/>
        </w:rPr>
        <w:t>competitive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but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fun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open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environment.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open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long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55"/>
      </w:pPr>
      <w:r>
        <w:rPr>
          <w:rFonts w:ascii="Calibri" w:eastAsia="Calibri" w:hAnsi="Calibri"/>
          <w:color w:val="000000"/>
          <w:spacing w:val="1"/>
        </w:rPr>
        <w:t>capable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completing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18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holes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current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handicap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2"/>
        </w:rPr>
        <w:t>White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tees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boys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Red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tees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55"/>
      </w:pPr>
      <w:r>
        <w:rPr>
          <w:rFonts w:ascii="Calibri" w:eastAsia="Calibri" w:hAnsi="Calibri"/>
          <w:color w:val="000000"/>
          <w:spacing w:val="-2"/>
        </w:rPr>
        <w:t>girls</w:t>
      </w:r>
      <w:r>
        <w:rPr>
          <w:rFonts w:ascii="Calibri" w:eastAsia="Calibri" w:hAnsi="Calibri"/>
          <w:color w:val="000000"/>
          <w:spacing w:val="6"/>
        </w:rPr>
        <w:t>).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generally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targeted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cohort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who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not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yet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‘</w:t>
      </w:r>
      <w:r>
        <w:rPr>
          <w:rFonts w:ascii="Calibri" w:eastAsia="Calibri" w:hAnsi="Calibri"/>
          <w:color w:val="000000"/>
          <w:spacing w:val="2"/>
        </w:rPr>
        <w:t>elite</w:t>
      </w:r>
      <w:r>
        <w:rPr>
          <w:rFonts w:ascii="Calibri" w:eastAsia="Calibri" w:hAnsi="Calibri"/>
          <w:color w:val="000000"/>
          <w:spacing w:val="5"/>
        </w:rPr>
        <w:t>’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level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</w:p>
    <w:p w:rsidR="00A864D7" w:rsidRDefault="00EB075A">
      <w:pPr>
        <w:wordWrap w:val="0"/>
        <w:autoSpaceDE w:val="0"/>
        <w:autoSpaceDN w:val="0"/>
        <w:spacing w:before="60" w:after="0" w:line="225" w:lineRule="exact"/>
        <w:ind w:left="55"/>
      </w:pPr>
      <w:r>
        <w:rPr>
          <w:rFonts w:ascii="Calibri" w:eastAsia="Calibri" w:hAnsi="Calibri"/>
          <w:color w:val="000000"/>
          <w:spacing w:val="5"/>
        </w:rPr>
        <w:t>therefore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completing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inter</w:t>
      </w:r>
      <w:r>
        <w:rPr>
          <w:rFonts w:ascii="Calibri" w:eastAsia="Calibri" w:hAnsi="Calibri"/>
          <w:color w:val="000000"/>
          <w:spacing w:val="8"/>
        </w:rPr>
        <w:t>-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Calibri" w:eastAsia="Calibri" w:hAnsi="Calibri"/>
          <w:color w:val="000000"/>
          <w:spacing w:val="10"/>
        </w:rPr>
        <w:t>.</w:t>
      </w:r>
    </w:p>
    <w:p w:rsidR="00A864D7" w:rsidRDefault="00A864D7">
      <w:pPr>
        <w:spacing w:after="0"/>
        <w:sectPr w:rsidR="00A864D7">
          <w:pgSz w:w="11910" w:h="16845"/>
          <w:pgMar w:top="732" w:right="1353" w:bottom="898" w:left="1387" w:header="720" w:footer="720" w:gutter="0"/>
          <w:cols w:space="720" w:equalWidth="0">
            <w:col w:w="9170" w:space="0"/>
          </w:cols>
          <w:docGrid w:linePitch="360"/>
        </w:sectPr>
      </w:pPr>
    </w:p>
    <w:p w:rsidR="00A864D7" w:rsidRDefault="00A864D7">
      <w:pPr>
        <w:wordWrap w:val="0"/>
        <w:autoSpaceDE w:val="0"/>
        <w:autoSpaceDN w:val="0"/>
        <w:spacing w:after="360" w:line="14" w:lineRule="exact"/>
      </w:pPr>
    </w:p>
    <w:p w:rsidR="00A864D7" w:rsidRDefault="00EB075A">
      <w:pPr>
        <w:wordWrap w:val="0"/>
        <w:autoSpaceDE w:val="0"/>
        <w:autoSpaceDN w:val="0"/>
        <w:spacing w:before="747" w:after="112" w:line="225" w:lineRule="exact"/>
        <w:ind w:left="40"/>
      </w:pPr>
      <w:r>
        <w:rPr>
          <w:rFonts w:ascii="Calibri" w:eastAsia="Calibri" w:hAnsi="Calibri"/>
          <w:color w:val="000000"/>
        </w:rPr>
        <w:t>This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both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plus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individual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between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following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clubs</w:t>
      </w:r>
      <w:r>
        <w:rPr>
          <w:rFonts w:ascii="Calibri" w:eastAsia="Calibri" w:hAnsi="Calibri"/>
          <w:color w:val="000000"/>
          <w:spacing w:val="23"/>
        </w:rPr>
        <w:t>.</w:t>
      </w:r>
    </w:p>
    <w:p w:rsidR="00A864D7" w:rsidRDefault="00EB075A">
      <w:pPr>
        <w:wordWrap w:val="0"/>
        <w:autoSpaceDE w:val="0"/>
        <w:autoSpaceDN w:val="0"/>
        <w:spacing w:before="224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Castleknock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4"/>
        </w:rPr>
        <w:t>May</w:t>
      </w:r>
      <w:r>
        <w:rPr>
          <w:rFonts w:ascii="Calibri" w:eastAsia="Calibri" w:hAnsi="Calibri"/>
          <w:color w:val="000000"/>
          <w:spacing w:val="12"/>
        </w:rPr>
        <w:t>)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Carton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House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6"/>
        </w:rPr>
        <w:t>June</w:t>
      </w:r>
      <w:r>
        <w:rPr>
          <w:rFonts w:ascii="Calibri" w:eastAsia="Calibri" w:hAnsi="Calibri"/>
          <w:color w:val="000000"/>
          <w:spacing w:val="13"/>
        </w:rPr>
        <w:t>)</w:t>
      </w:r>
    </w:p>
    <w:p w:rsidR="00A864D7" w:rsidRDefault="00EB075A">
      <w:pPr>
        <w:wordWrap w:val="0"/>
        <w:autoSpaceDE w:val="0"/>
        <w:autoSpaceDN w:val="0"/>
        <w:spacing w:before="59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Hermitage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2"/>
        </w:rPr>
        <w:t>July</w:t>
      </w:r>
      <w:r>
        <w:rPr>
          <w:rFonts w:ascii="Calibri" w:eastAsia="Calibri" w:hAnsi="Calibri"/>
          <w:color w:val="000000"/>
          <w:spacing w:val="12"/>
        </w:rPr>
        <w:t>)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w w:val="101"/>
        </w:rPr>
        <w:t>Milicent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4"/>
        </w:rPr>
        <w:t>August</w:t>
      </w:r>
      <w:r>
        <w:rPr>
          <w:rFonts w:ascii="Calibri" w:eastAsia="Calibri" w:hAnsi="Calibri"/>
          <w:color w:val="000000"/>
          <w:spacing w:val="12"/>
        </w:rPr>
        <w:t>)</w:t>
      </w:r>
    </w:p>
    <w:p w:rsidR="00A864D7" w:rsidRDefault="00EB075A">
      <w:pPr>
        <w:wordWrap w:val="0"/>
        <w:autoSpaceDE w:val="0"/>
        <w:autoSpaceDN w:val="0"/>
        <w:spacing w:before="60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Westmanstown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4"/>
        </w:rPr>
        <w:t>August</w:t>
      </w:r>
      <w:r>
        <w:rPr>
          <w:rFonts w:ascii="Calibri" w:eastAsia="Calibri" w:hAnsi="Calibri"/>
          <w:color w:val="000000"/>
          <w:spacing w:val="13"/>
        </w:rPr>
        <w:t>)</w:t>
      </w:r>
    </w:p>
    <w:p w:rsidR="00A864D7" w:rsidRDefault="00EB075A">
      <w:pPr>
        <w:wordWrap w:val="0"/>
        <w:autoSpaceDE w:val="0"/>
        <w:autoSpaceDN w:val="0"/>
        <w:spacing w:before="59" w:after="112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</w:rPr>
        <w:t>Lucan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6"/>
        </w:rPr>
        <w:t>June</w:t>
      </w:r>
      <w:r>
        <w:rPr>
          <w:rFonts w:ascii="Calibri" w:eastAsia="Calibri" w:hAnsi="Calibri"/>
          <w:color w:val="000000"/>
          <w:spacing w:val="12"/>
        </w:rPr>
        <w:t>)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event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over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course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summer.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Castleknock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original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organizers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honor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101"/>
        </w:rPr>
        <w:t>starting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</w:rPr>
        <w:t>This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hosting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Sunday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May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-6"/>
        </w:rPr>
        <w:t>21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9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make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Calibri" w:eastAsia="Calibri" w:hAnsi="Calibri"/>
          <w:color w:val="000000"/>
          <w:spacing w:val="5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W</w:t>
      </w:r>
      <w:r>
        <w:rPr>
          <w:rFonts w:ascii="Calibri" w:eastAsia="Calibri" w:hAnsi="Calibri"/>
          <w:color w:val="000000"/>
        </w:rPr>
        <w:t>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best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5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contribute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towards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Calibri" w:eastAsia="Calibri" w:hAnsi="Calibri"/>
          <w:color w:val="000000"/>
          <w:spacing w:val="5"/>
        </w:rPr>
        <w:t>’</w:t>
      </w:r>
      <w:r>
        <w:rPr>
          <w:rFonts w:ascii="Calibri" w:eastAsia="Calibri" w:hAnsi="Calibri"/>
          <w:color w:val="000000"/>
          <w:spacing w:val="4"/>
        </w:rPr>
        <w:t>s</w:t>
      </w:r>
    </w:p>
    <w:p w:rsidR="00A864D7" w:rsidRDefault="00EB075A">
      <w:pPr>
        <w:wordWrap w:val="0"/>
        <w:autoSpaceDE w:val="0"/>
        <w:autoSpaceDN w:val="0"/>
        <w:spacing w:before="60" w:after="37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score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determined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after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outings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completed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w w:val="101"/>
        </w:rPr>
        <w:t>While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individual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prizes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presented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after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outing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picked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</w:p>
    <w:p w:rsidR="00A864D7" w:rsidRDefault="00EB075A">
      <w:pPr>
        <w:wordWrap w:val="0"/>
        <w:autoSpaceDE w:val="0"/>
        <w:autoSpaceDN w:val="0"/>
        <w:spacing w:before="60" w:after="0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1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change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therefore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allowing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large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group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participate</w:t>
      </w:r>
      <w:r>
        <w:rPr>
          <w:rFonts w:ascii="Calibri" w:eastAsia="Calibri" w:hAnsi="Calibri"/>
          <w:color w:val="000000"/>
          <w:spacing w:val="19"/>
        </w:rPr>
        <w:t>.</w:t>
      </w:r>
    </w:p>
    <w:p w:rsidR="00A864D7" w:rsidRDefault="00A864D7">
      <w:pPr>
        <w:spacing w:after="0"/>
        <w:sectPr w:rsidR="00A864D7">
          <w:pgSz w:w="11910" w:h="16845"/>
          <w:pgMar w:top="721" w:right="1359" w:bottom="1440" w:left="1402" w:header="720" w:footer="720" w:gutter="0"/>
          <w:cols w:space="720" w:equalWidth="0">
            <w:col w:w="9149" w:space="0"/>
          </w:cols>
          <w:docGrid w:linePitch="360"/>
        </w:sectPr>
      </w:pPr>
    </w:p>
    <w:p w:rsidR="00A864D7" w:rsidRDefault="00A864D7">
      <w:pPr>
        <w:wordWrap w:val="0"/>
        <w:autoSpaceDE w:val="0"/>
        <w:autoSpaceDN w:val="0"/>
        <w:spacing w:after="365" w:line="14" w:lineRule="exact"/>
      </w:pPr>
    </w:p>
    <w:p w:rsidR="00A864D7" w:rsidRDefault="00EB075A">
      <w:pPr>
        <w:wordWrap w:val="0"/>
        <w:autoSpaceDE w:val="0"/>
        <w:autoSpaceDN w:val="0"/>
        <w:spacing w:before="758" w:after="75" w:line="315" w:lineRule="exact"/>
        <w:ind w:left="40"/>
      </w:pPr>
      <w:r>
        <w:rPr>
          <w:rFonts w:ascii="Calibri" w:eastAsia="Calibri" w:hAnsi="Calibri"/>
          <w:color w:val="2E5395"/>
          <w:spacing w:val="-2"/>
          <w:sz w:val="32"/>
        </w:rPr>
        <w:t>Section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3"/>
          <w:sz w:val="32"/>
        </w:rPr>
        <w:t>5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4"/>
          <w:sz w:val="32"/>
        </w:rPr>
        <w:t>:</w:t>
      </w:r>
      <w:r>
        <w:rPr>
          <w:rFonts w:ascii="Times New Roman" w:eastAsia="Times New Roman" w:hAnsi="Times New Roman"/>
          <w:color w:val="2E5395"/>
          <w:spacing w:val="-5"/>
          <w:sz w:val="32"/>
        </w:rPr>
        <w:t xml:space="preserve"> </w:t>
      </w:r>
      <w:r>
        <w:rPr>
          <w:rFonts w:ascii="Calibri" w:eastAsia="Calibri" w:hAnsi="Calibri"/>
          <w:color w:val="2E5395"/>
          <w:spacing w:val="-2"/>
          <w:sz w:val="32"/>
        </w:rPr>
        <w:t>Competitions</w:t>
      </w:r>
    </w:p>
    <w:p w:rsidR="00A864D7" w:rsidRDefault="00EB075A">
      <w:pPr>
        <w:wordWrap w:val="0"/>
        <w:autoSpaceDE w:val="0"/>
        <w:autoSpaceDN w:val="0"/>
        <w:spacing w:before="150" w:after="34" w:line="255" w:lineRule="exact"/>
        <w:ind w:left="40"/>
      </w:pPr>
      <w:r>
        <w:rPr>
          <w:rFonts w:ascii="Calibri" w:eastAsia="Calibri" w:hAnsi="Calibri"/>
          <w:color w:val="2E5395"/>
          <w:w w:val="99"/>
          <w:sz w:val="26"/>
        </w:rPr>
        <w:t>Participation</w:t>
      </w:r>
    </w:p>
    <w:p w:rsidR="00A864D7" w:rsidRDefault="00EB075A">
      <w:pPr>
        <w:wordWrap w:val="0"/>
        <w:autoSpaceDE w:val="0"/>
        <w:autoSpaceDN w:val="0"/>
        <w:spacing w:before="67" w:after="30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number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one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goal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participation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where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get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many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golfers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out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often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possible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addition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structured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coaching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development</w:t>
      </w:r>
      <w:r>
        <w:rPr>
          <w:rFonts w:ascii="Calibri" w:eastAsia="Calibri" w:hAnsi="Calibri"/>
          <w:color w:val="000000"/>
          <w:spacing w:val="4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Club</w:t>
      </w:r>
    </w:p>
    <w:p w:rsidR="00A864D7" w:rsidRDefault="00EB075A">
      <w:pPr>
        <w:wordWrap w:val="0"/>
        <w:autoSpaceDE w:val="0"/>
        <w:autoSpaceDN w:val="0"/>
        <w:spacing w:before="60" w:after="38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organise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weekly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Sunday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afternoon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round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well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arranging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during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school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holiday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periods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other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which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hopefully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suit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majority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our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members</w:t>
      </w:r>
      <w:r>
        <w:rPr>
          <w:rFonts w:ascii="Calibri" w:eastAsia="Calibri" w:hAnsi="Calibri"/>
          <w:color w:val="000000"/>
          <w:spacing w:val="7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goal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with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their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peers,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fun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but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competitive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environment</w:t>
      </w:r>
      <w:r>
        <w:rPr>
          <w:rFonts w:ascii="Calibri" w:eastAsia="Calibri" w:hAnsi="Calibri"/>
          <w:color w:val="000000"/>
          <w:spacing w:val="1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7" w:line="225" w:lineRule="exact"/>
        <w:ind w:left="40"/>
      </w:pPr>
      <w:r>
        <w:rPr>
          <w:rFonts w:ascii="Calibri" w:eastAsia="Calibri" w:hAnsi="Calibri"/>
          <w:color w:val="000000"/>
          <w:w w:val="101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keep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interest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levels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high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vary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structure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over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course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"/>
      </w:pPr>
      <w:r>
        <w:rPr>
          <w:rFonts w:ascii="Calibri" w:eastAsia="Calibri" w:hAnsi="Calibri"/>
          <w:color w:val="000000"/>
          <w:spacing w:val="1"/>
        </w:rPr>
        <w:t>Single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stableford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team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events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scrambles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matchplay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etc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8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would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appreciate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feedback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types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Competitions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currently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hold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Please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let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know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there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changes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suggest</w:t>
      </w:r>
      <w:r>
        <w:rPr>
          <w:rFonts w:ascii="Calibri" w:eastAsia="Calibri" w:hAnsi="Calibri"/>
          <w:color w:val="000000"/>
          <w:spacing w:val="15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would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</w:rPr>
        <w:t>also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request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support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getting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out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often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possible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over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co</w:t>
      </w:r>
      <w:r>
        <w:rPr>
          <w:rFonts w:ascii="Calibri" w:eastAsia="Calibri" w:hAnsi="Calibri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urse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Calibri" w:eastAsia="Calibri" w:hAnsi="Calibri"/>
          <w:color w:val="000000"/>
          <w:spacing w:val="6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85"/>
      </w:pP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Majors</w:t>
      </w:r>
      <w:r>
        <w:rPr>
          <w:rFonts w:ascii="Times New Roman" w:eastAsia="Times New Roman" w:hAnsi="Times New Roman"/>
          <w:color w:val="000000"/>
          <w:spacing w:val="-7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addition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normal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weekly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hold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also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have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3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Majors</w:t>
      </w:r>
      <w:r>
        <w:rPr>
          <w:rFonts w:ascii="Calibri" w:eastAsia="Calibri" w:hAnsi="Calibri"/>
          <w:color w:val="000000"/>
          <w:spacing w:val="22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b/>
          <w:color w:val="000000"/>
          <w:spacing w:val="20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Captains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Drive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Held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April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marks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official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beginning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golfing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season</w:t>
      </w:r>
      <w:r>
        <w:rPr>
          <w:rFonts w:ascii="Calibri" w:eastAsia="Calibri" w:hAnsi="Calibri"/>
          <w:color w:val="000000"/>
          <w:spacing w:val="21"/>
        </w:rPr>
        <w:t>.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b/>
          <w:color w:val="000000"/>
          <w:spacing w:val="200"/>
        </w:rPr>
        <w:t xml:space="preserve"> </w:t>
      </w:r>
      <w:r>
        <w:rPr>
          <w:rFonts w:ascii="Calibri" w:eastAsia="Calibri" w:hAnsi="Calibri"/>
          <w:b/>
          <w:color w:val="000000"/>
          <w:spacing w:val="3"/>
        </w:rPr>
        <w:t>President’</w:t>
      </w:r>
      <w:r>
        <w:rPr>
          <w:rFonts w:ascii="Calibri" w:eastAsia="Calibri" w:hAnsi="Calibri"/>
          <w:b/>
          <w:color w:val="000000"/>
          <w:spacing w:val="2"/>
        </w:rPr>
        <w:t>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Prize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1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Held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May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celebrates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club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president</w:t>
      </w:r>
      <w:r>
        <w:rPr>
          <w:rFonts w:ascii="Calibri" w:eastAsia="Calibri" w:hAnsi="Calibri"/>
          <w:color w:val="000000"/>
          <w:spacing w:val="8"/>
        </w:rPr>
        <w:t>.</w:t>
      </w:r>
    </w:p>
    <w:p w:rsidR="00A864D7" w:rsidRDefault="00EB075A">
      <w:pPr>
        <w:wordWrap w:val="0"/>
        <w:autoSpaceDE w:val="0"/>
        <w:autoSpaceDN w:val="0"/>
        <w:spacing w:before="60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b/>
          <w:color w:val="000000"/>
          <w:spacing w:val="200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Captain</w:t>
      </w:r>
      <w:r>
        <w:rPr>
          <w:rFonts w:ascii="Calibri" w:eastAsia="Calibri" w:hAnsi="Calibri"/>
          <w:b/>
          <w:color w:val="000000"/>
          <w:spacing w:val="3"/>
        </w:rPr>
        <w:t>’</w:t>
      </w:r>
      <w:r>
        <w:rPr>
          <w:rFonts w:ascii="Calibri" w:eastAsia="Calibri" w:hAnsi="Calibri"/>
          <w:b/>
          <w:color w:val="000000"/>
          <w:spacing w:val="2"/>
        </w:rPr>
        <w:t>s</w:t>
      </w:r>
      <w:r>
        <w:rPr>
          <w:rFonts w:ascii="Times New Roman" w:eastAsia="Times New Roman" w:hAnsi="Times New Roman"/>
          <w:b/>
          <w:color w:val="000000"/>
          <w:spacing w:val="-10"/>
        </w:rPr>
        <w:t xml:space="preserve"> </w:t>
      </w:r>
      <w:r>
        <w:rPr>
          <w:rFonts w:ascii="Calibri" w:eastAsia="Calibri" w:hAnsi="Calibri"/>
          <w:b/>
          <w:color w:val="000000"/>
          <w:spacing w:val="4"/>
        </w:rPr>
        <w:t>Prize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0"/>
        </w:rPr>
        <w:t>–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Held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September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show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case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following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successful</w:t>
      </w:r>
    </w:p>
    <w:p w:rsidR="00A864D7" w:rsidRDefault="00EB075A">
      <w:pPr>
        <w:wordWrap w:val="0"/>
        <w:autoSpaceDE w:val="0"/>
        <w:autoSpaceDN w:val="0"/>
        <w:spacing w:before="60" w:after="124" w:line="225" w:lineRule="exact"/>
        <w:ind w:left="760"/>
      </w:pPr>
      <w:r>
        <w:rPr>
          <w:rFonts w:ascii="Calibri" w:eastAsia="Calibri" w:hAnsi="Calibri"/>
          <w:color w:val="000000"/>
          <w:spacing w:val="4"/>
        </w:rPr>
        <w:t>summer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season</w:t>
      </w:r>
      <w:r>
        <w:rPr>
          <w:rFonts w:ascii="Calibri" w:eastAsia="Calibri" w:hAnsi="Calibri"/>
          <w:color w:val="000000"/>
          <w:spacing w:val="9"/>
        </w:rPr>
        <w:t>.</w:t>
      </w:r>
    </w:p>
    <w:p w:rsidR="00A864D7" w:rsidRDefault="00EB075A">
      <w:pPr>
        <w:wordWrap w:val="0"/>
        <w:autoSpaceDE w:val="0"/>
        <w:autoSpaceDN w:val="0"/>
        <w:spacing w:before="248" w:after="34" w:line="255" w:lineRule="exact"/>
        <w:ind w:left="40"/>
      </w:pPr>
      <w:r>
        <w:rPr>
          <w:rFonts w:ascii="Calibri" w:eastAsia="Calibri" w:hAnsi="Calibri"/>
          <w:color w:val="2E5395"/>
          <w:spacing w:val="-2"/>
          <w:sz w:val="26"/>
        </w:rPr>
        <w:t>Competition</w:t>
      </w:r>
      <w:r>
        <w:rPr>
          <w:rFonts w:ascii="Times New Roman" w:eastAsia="Times New Roman" w:hAnsi="Times New Roman"/>
          <w:color w:val="2E5395"/>
          <w:spacing w:val="10"/>
          <w:sz w:val="26"/>
        </w:rPr>
        <w:t xml:space="preserve"> </w:t>
      </w:r>
      <w:r>
        <w:rPr>
          <w:rFonts w:ascii="Calibri" w:eastAsia="Calibri" w:hAnsi="Calibri"/>
          <w:color w:val="2E5395"/>
          <w:spacing w:val="-1"/>
          <w:sz w:val="26"/>
        </w:rPr>
        <w:t>Account</w:t>
      </w:r>
    </w:p>
    <w:p w:rsidR="00A864D7" w:rsidRDefault="00EB075A">
      <w:pPr>
        <w:wordWrap w:val="0"/>
        <w:autoSpaceDE w:val="0"/>
        <w:autoSpaceDN w:val="0"/>
        <w:spacing w:before="68" w:after="30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account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maintained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Pro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Shop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</w:rPr>
        <w:t>This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year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9"/>
        </w:rPr>
        <w:t>we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included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“</w:t>
      </w:r>
      <w:r>
        <w:rPr>
          <w:rFonts w:ascii="Calibri" w:eastAsia="Calibri" w:hAnsi="Calibri"/>
          <w:color w:val="000000"/>
          <w:w w:val="101"/>
        </w:rPr>
        <w:t>normal</w:t>
      </w:r>
      <w:r>
        <w:rPr>
          <w:rFonts w:ascii="Calibri" w:eastAsia="Calibri" w:hAnsi="Calibri"/>
          <w:color w:val="000000"/>
          <w:spacing w:val="-2"/>
        </w:rPr>
        <w:t>”</w:t>
      </w:r>
    </w:p>
    <w:p w:rsidR="00A864D7" w:rsidRDefault="00EB075A">
      <w:pPr>
        <w:wordWrap w:val="0"/>
        <w:autoSpaceDE w:val="0"/>
        <w:autoSpaceDN w:val="0"/>
        <w:spacing w:before="60" w:after="38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fees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4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annual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sub.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Therefore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account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now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only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used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3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Majors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participating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when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need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pay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normal</w:t>
      </w:r>
    </w:p>
    <w:p w:rsidR="00A864D7" w:rsidRDefault="00EB075A">
      <w:pPr>
        <w:wordWrap w:val="0"/>
        <w:autoSpaceDE w:val="0"/>
        <w:autoSpaceDN w:val="0"/>
        <w:spacing w:before="60" w:after="124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fees</w:t>
      </w:r>
      <w:r>
        <w:rPr>
          <w:rFonts w:ascii="Calibri" w:eastAsia="Calibri" w:hAnsi="Calibri"/>
          <w:color w:val="000000"/>
          <w:spacing w:val="9"/>
        </w:rPr>
        <w:t>.</w:t>
      </w:r>
    </w:p>
    <w:p w:rsidR="00A864D7" w:rsidRDefault="00EB075A">
      <w:pPr>
        <w:wordWrap w:val="0"/>
        <w:autoSpaceDE w:val="0"/>
        <w:autoSpaceDN w:val="0"/>
        <w:spacing w:before="248" w:after="26" w:line="255" w:lineRule="exact"/>
        <w:ind w:left="40"/>
      </w:pPr>
      <w:r>
        <w:rPr>
          <w:rFonts w:ascii="Calibri" w:eastAsia="Calibri" w:hAnsi="Calibri"/>
          <w:color w:val="2E5395"/>
          <w:sz w:val="26"/>
        </w:rPr>
        <w:t>Adult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1"/>
          <w:sz w:val="26"/>
        </w:rPr>
        <w:t>Competitions</w:t>
      </w:r>
    </w:p>
    <w:p w:rsidR="00A864D7" w:rsidRDefault="00EB075A">
      <w:pPr>
        <w:wordWrap w:val="0"/>
        <w:autoSpaceDE w:val="0"/>
        <w:autoSpaceDN w:val="0"/>
        <w:spacing w:before="53" w:after="37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Juniors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eligible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participate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adult</w:t>
      </w:r>
      <w:r>
        <w:rPr>
          <w:rFonts w:ascii="Times New Roman" w:eastAsia="Times New Roman" w:hAnsi="Times New Roman"/>
          <w:color w:val="000000"/>
          <w:spacing w:val="4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competitions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subject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them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having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w w:val="101"/>
        </w:rPr>
        <w:t>handicap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less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</w:p>
    <w:p w:rsidR="00A864D7" w:rsidRDefault="00EB075A">
      <w:pPr>
        <w:wordWrap w:val="0"/>
        <w:autoSpaceDE w:val="0"/>
        <w:autoSpaceDN w:val="0"/>
        <w:spacing w:before="75" w:after="30" w:line="225" w:lineRule="exact"/>
        <w:ind w:left="40"/>
      </w:pPr>
      <w:r>
        <w:rPr>
          <w:rFonts w:ascii="Calibri" w:eastAsia="Calibri" w:hAnsi="Calibri"/>
          <w:color w:val="000000"/>
          <w:spacing w:val="-6"/>
        </w:rPr>
        <w:t>24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boys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36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girls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book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into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after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12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noon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once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timesheets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open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any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within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-6"/>
        </w:rPr>
        <w:t>72</w:t>
      </w:r>
      <w:r>
        <w:rPr>
          <w:rFonts w:ascii="Times New Roman" w:eastAsia="Times New Roman" w:hAnsi="Times New Roman"/>
          <w:color w:val="000000"/>
          <w:spacing w:val="2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hours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day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playing</w:t>
      </w:r>
      <w:r>
        <w:rPr>
          <w:rFonts w:ascii="Calibri" w:eastAsia="Calibri" w:hAnsi="Calibri"/>
          <w:color w:val="000000"/>
          <w:spacing w:val="21"/>
        </w:rPr>
        <w:t>.</w:t>
      </w:r>
      <w:r>
        <w:rPr>
          <w:rFonts w:ascii="Times New Roman" w:eastAsia="Times New Roman" w:hAnsi="Times New Roman"/>
          <w:color w:val="000000"/>
          <w:spacing w:val="-9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Please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note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no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Casual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allowed</w:t>
      </w:r>
      <w:r>
        <w:rPr>
          <w:rFonts w:ascii="Times New Roman" w:eastAsia="Times New Roman" w:hAnsi="Times New Roman"/>
          <w:color w:val="000000"/>
          <w:spacing w:val="-9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during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times</w:t>
      </w:r>
      <w:r>
        <w:rPr>
          <w:rFonts w:ascii="Calibri" w:eastAsia="Calibri" w:hAnsi="Calibri"/>
          <w:color w:val="000000"/>
          <w:spacing w:val="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There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specific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rules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relating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prizes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Adult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eligibility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</w:p>
    <w:p w:rsidR="00A864D7" w:rsidRDefault="00EB075A">
      <w:pPr>
        <w:wordWrap w:val="0"/>
        <w:autoSpaceDE w:val="0"/>
        <w:autoSpaceDN w:val="0"/>
        <w:spacing w:before="60" w:after="0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Committee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circulate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these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near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future.</w:t>
      </w:r>
    </w:p>
    <w:p w:rsidR="00A864D7" w:rsidRDefault="00A864D7">
      <w:pPr>
        <w:spacing w:after="0"/>
        <w:sectPr w:rsidR="00A864D7">
          <w:pgSz w:w="11910" w:h="16845"/>
          <w:pgMar w:top="732" w:right="1336" w:bottom="1440" w:left="1402" w:header="720" w:footer="720" w:gutter="0"/>
          <w:cols w:space="720" w:equalWidth="0">
            <w:col w:w="9172" w:space="0"/>
          </w:cols>
          <w:docGrid w:linePitch="360"/>
        </w:sectPr>
      </w:pPr>
    </w:p>
    <w:p w:rsidR="00A864D7" w:rsidRDefault="00A864D7">
      <w:pPr>
        <w:wordWrap w:val="0"/>
        <w:autoSpaceDE w:val="0"/>
        <w:autoSpaceDN w:val="0"/>
        <w:spacing w:after="365" w:line="14" w:lineRule="exact"/>
      </w:pPr>
    </w:p>
    <w:p w:rsidR="00A864D7" w:rsidRPr="00AD10ED" w:rsidRDefault="00EB075A">
      <w:pPr>
        <w:wordWrap w:val="0"/>
        <w:autoSpaceDE w:val="0"/>
        <w:autoSpaceDN w:val="0"/>
        <w:spacing w:before="758" w:after="270" w:line="255" w:lineRule="exact"/>
        <w:ind w:left="40"/>
        <w:rPr>
          <w:sz w:val="32"/>
          <w:szCs w:val="32"/>
        </w:rPr>
      </w:pPr>
      <w:r w:rsidRPr="00AD10ED">
        <w:rPr>
          <w:rFonts w:ascii="Calibri" w:eastAsia="Calibri" w:hAnsi="Calibri"/>
          <w:color w:val="2E5395"/>
          <w:spacing w:val="-2"/>
          <w:sz w:val="32"/>
          <w:szCs w:val="32"/>
        </w:rPr>
        <w:t>Section</w:t>
      </w:r>
      <w:r w:rsidRPr="00AD10ED">
        <w:rPr>
          <w:rFonts w:ascii="Times New Roman" w:eastAsia="Times New Roman" w:hAnsi="Times New Roman"/>
          <w:color w:val="2E5395"/>
          <w:spacing w:val="-5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3"/>
          <w:sz w:val="32"/>
          <w:szCs w:val="32"/>
        </w:rPr>
        <w:t>6</w:t>
      </w:r>
      <w:r w:rsidRPr="00AD10ED">
        <w:rPr>
          <w:rFonts w:ascii="Calibri" w:eastAsia="Calibri" w:hAnsi="Calibri"/>
          <w:color w:val="2E5395"/>
          <w:spacing w:val="5"/>
          <w:sz w:val="32"/>
          <w:szCs w:val="32"/>
        </w:rPr>
        <w:t>:</w:t>
      </w:r>
      <w:r w:rsidRPr="00AD10ED">
        <w:rPr>
          <w:rFonts w:ascii="Times New Roman" w:eastAsia="Times New Roman" w:hAnsi="Times New Roman"/>
          <w:color w:val="2E5395"/>
          <w:spacing w:val="-5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-2"/>
          <w:sz w:val="32"/>
          <w:szCs w:val="32"/>
        </w:rPr>
        <w:t>Handicaps</w:t>
      </w:r>
      <w:r w:rsidRPr="00AD10ED">
        <w:rPr>
          <w:rFonts w:ascii="Times New Roman" w:eastAsia="Times New Roman" w:hAnsi="Times New Roman"/>
          <w:color w:val="2E5395"/>
          <w:spacing w:val="2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-3"/>
          <w:sz w:val="32"/>
          <w:szCs w:val="32"/>
        </w:rPr>
        <w:t>and</w:t>
      </w:r>
      <w:r w:rsidRPr="00AD10ED">
        <w:rPr>
          <w:rFonts w:ascii="Times New Roman" w:eastAsia="Times New Roman" w:hAnsi="Times New Roman"/>
          <w:color w:val="2E5395"/>
          <w:spacing w:val="-5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-3"/>
          <w:sz w:val="32"/>
          <w:szCs w:val="32"/>
        </w:rPr>
        <w:t>Recording</w:t>
      </w:r>
      <w:r w:rsidRPr="00AD10ED">
        <w:rPr>
          <w:rFonts w:ascii="Times New Roman" w:eastAsia="Times New Roman" w:hAnsi="Times New Roman"/>
          <w:color w:val="2E5395"/>
          <w:spacing w:val="10"/>
          <w:sz w:val="32"/>
          <w:szCs w:val="32"/>
        </w:rPr>
        <w:t xml:space="preserve"> </w:t>
      </w:r>
      <w:r w:rsidRPr="00AD10ED">
        <w:rPr>
          <w:rFonts w:ascii="Calibri" w:eastAsia="Calibri" w:hAnsi="Calibri"/>
          <w:color w:val="2E5395"/>
          <w:spacing w:val="-1"/>
          <w:sz w:val="32"/>
          <w:szCs w:val="32"/>
        </w:rPr>
        <w:t>Scores</w:t>
      </w:r>
    </w:p>
    <w:p w:rsidR="00A864D7" w:rsidRDefault="00EB075A">
      <w:pPr>
        <w:wordWrap w:val="0"/>
        <w:autoSpaceDE w:val="0"/>
        <w:autoSpaceDN w:val="0"/>
        <w:spacing w:before="540" w:after="34" w:line="255" w:lineRule="exact"/>
        <w:ind w:left="40"/>
      </w:pPr>
      <w:r>
        <w:rPr>
          <w:rFonts w:ascii="Calibri" w:eastAsia="Calibri" w:hAnsi="Calibri"/>
          <w:color w:val="2E5395"/>
          <w:spacing w:val="-5"/>
          <w:sz w:val="26"/>
        </w:rPr>
        <w:t>Before</w:t>
      </w:r>
      <w:r>
        <w:rPr>
          <w:rFonts w:ascii="Times New Roman" w:eastAsia="Times New Roman" w:hAnsi="Times New Roman"/>
          <w:color w:val="2E5395"/>
          <w:spacing w:val="25"/>
          <w:sz w:val="26"/>
        </w:rPr>
        <w:t xml:space="preserve"> </w:t>
      </w:r>
      <w:r>
        <w:rPr>
          <w:rFonts w:ascii="Calibri" w:eastAsia="Calibri" w:hAnsi="Calibri"/>
          <w:color w:val="2E5395"/>
          <w:w w:val="99"/>
          <w:sz w:val="26"/>
        </w:rPr>
        <w:t>your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w w:val="99"/>
          <w:sz w:val="26"/>
        </w:rPr>
        <w:t>round</w:t>
      </w:r>
    </w:p>
    <w:p w:rsidR="00A864D7" w:rsidRDefault="00EB075A">
      <w:pPr>
        <w:wordWrap w:val="0"/>
        <w:autoSpaceDE w:val="0"/>
        <w:autoSpaceDN w:val="0"/>
        <w:spacing w:before="68" w:after="30" w:line="225" w:lineRule="exact"/>
        <w:ind w:left="40"/>
      </w:pPr>
      <w:r>
        <w:rPr>
          <w:rFonts w:ascii="Calibri" w:eastAsia="Calibri" w:hAnsi="Calibri"/>
          <w:color w:val="000000"/>
          <w:spacing w:val="5"/>
        </w:rPr>
        <w:t>When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entering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ask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Pro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Shop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sticker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which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give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following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information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83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casual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rounds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want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use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handicap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scoring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purposes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sign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either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via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computer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Oatlands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Suite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via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Golf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Ireland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App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4"/>
        </w:rPr>
        <w:t>no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sticker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needed</w:t>
      </w:r>
      <w:r>
        <w:rPr>
          <w:rFonts w:ascii="Calibri" w:eastAsia="Calibri" w:hAnsi="Calibri"/>
          <w:color w:val="000000"/>
          <w:spacing w:val="6"/>
        </w:rPr>
        <w:t>).</w:t>
      </w:r>
    </w:p>
    <w:p w:rsidR="00A864D7" w:rsidRDefault="00EB075A">
      <w:pPr>
        <w:wordWrap w:val="0"/>
        <w:autoSpaceDE w:val="0"/>
        <w:autoSpaceDN w:val="0"/>
        <w:spacing w:before="224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Name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Date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&amp;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time</w:t>
      </w:r>
    </w:p>
    <w:p w:rsidR="00A864D7" w:rsidRDefault="00EB075A">
      <w:pPr>
        <w:wordWrap w:val="0"/>
        <w:autoSpaceDE w:val="0"/>
        <w:autoSpaceDN w:val="0"/>
        <w:spacing w:before="60" w:after="29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Competition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entered</w:t>
      </w:r>
    </w:p>
    <w:p w:rsidR="00A864D7" w:rsidRDefault="00EB075A">
      <w:pPr>
        <w:wordWrap w:val="0"/>
        <w:autoSpaceDE w:val="0"/>
        <w:autoSpaceDN w:val="0"/>
        <w:spacing w:before="59" w:after="30" w:line="241" w:lineRule="exact"/>
        <w:ind w:left="400"/>
      </w:pPr>
      <w:r>
        <w:rPr>
          <w:rFonts w:ascii="Symbol" w:eastAsia="Symbol" w:hAnsi="Symbol"/>
          <w:color w:val="000000"/>
          <w:spacing w:val="-27"/>
        </w:rPr>
        <w:t></w:t>
      </w:r>
      <w:r>
        <w:rPr>
          <w:rFonts w:ascii="Times New Roman" w:eastAsia="Times New Roman" w:hAnsi="Times New Roman"/>
          <w:color w:val="000000"/>
          <w:spacing w:val="200"/>
        </w:rPr>
        <w:t xml:space="preserve"> </w:t>
      </w:r>
      <w:r>
        <w:rPr>
          <w:rFonts w:ascii="Calibri" w:eastAsia="Calibri" w:hAnsi="Calibri"/>
          <w:color w:val="000000"/>
        </w:rPr>
        <w:t>Handicap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  <w:spacing w:val="-6"/>
        </w:rPr>
        <w:t>3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different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handicap</w:t>
      </w:r>
      <w:r>
        <w:rPr>
          <w:rFonts w:ascii="Calibri" w:eastAsia="Calibri" w:hAnsi="Calibri"/>
          <w:color w:val="000000"/>
          <w:spacing w:val="5"/>
        </w:rPr>
        <w:t>’</w:t>
      </w:r>
      <w:r>
        <w:rPr>
          <w:rFonts w:ascii="Calibri" w:eastAsia="Calibri" w:hAnsi="Calibri"/>
          <w:color w:val="000000"/>
          <w:spacing w:val="4"/>
        </w:rPr>
        <w:t>s</w:t>
      </w:r>
      <w:r>
        <w:rPr>
          <w:rFonts w:ascii="Calibri" w:eastAsia="Calibri" w:hAnsi="Calibri"/>
          <w:color w:val="000000"/>
          <w:spacing w:val="17"/>
        </w:rPr>
        <w:t>)</w:t>
      </w:r>
    </w:p>
    <w:p w:rsidR="00A864D7" w:rsidRDefault="00EB075A">
      <w:pPr>
        <w:wordWrap w:val="0"/>
        <w:autoSpaceDE w:val="0"/>
        <w:autoSpaceDN w:val="0"/>
        <w:spacing w:before="60" w:after="36" w:line="228" w:lineRule="exact"/>
        <w:ind w:left="1121"/>
      </w:pPr>
      <w:r>
        <w:rPr>
          <w:rFonts w:ascii="Courier New" w:eastAsia="Courier New" w:hAnsi="Courier New"/>
          <w:color w:val="000000"/>
          <w:spacing w:val="4"/>
        </w:rPr>
        <w:t>o</w:t>
      </w:r>
      <w:r>
        <w:rPr>
          <w:rFonts w:ascii="Times New Roman" w:eastAsia="Times New Roman" w:hAnsi="Times New Roman"/>
          <w:color w:val="000000"/>
          <w:spacing w:val="17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Without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getting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technical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101"/>
        </w:rPr>
        <w:t>playing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handicap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one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which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important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</w:p>
    <w:p w:rsidR="00A864D7" w:rsidRDefault="00EB075A">
      <w:pPr>
        <w:wordWrap w:val="0"/>
        <w:autoSpaceDE w:val="0"/>
        <w:autoSpaceDN w:val="0"/>
        <w:spacing w:before="72" w:after="112" w:line="225" w:lineRule="exact"/>
        <w:ind w:left="1481"/>
      </w:pPr>
      <w:r>
        <w:rPr>
          <w:rFonts w:ascii="Calibri" w:eastAsia="Calibri" w:hAnsi="Calibri"/>
          <w:color w:val="000000"/>
          <w:w w:val="99"/>
        </w:rPr>
        <w:t>calculating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scores</w:t>
      </w:r>
      <w:r>
        <w:rPr>
          <w:rFonts w:ascii="Calibri" w:eastAsia="Calibri" w:hAnsi="Calibri"/>
          <w:color w:val="000000"/>
          <w:spacing w:val="10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6"/>
        </w:rPr>
        <w:t>If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don</w:t>
      </w:r>
      <w:r>
        <w:rPr>
          <w:rFonts w:ascii="Calibri" w:eastAsia="Calibri" w:hAnsi="Calibri"/>
          <w:color w:val="000000"/>
          <w:spacing w:val="5"/>
        </w:rPr>
        <w:t>’</w:t>
      </w:r>
      <w:r>
        <w:rPr>
          <w:rFonts w:ascii="Calibri" w:eastAsia="Calibri" w:hAnsi="Calibri"/>
          <w:color w:val="000000"/>
          <w:spacing w:val="2"/>
        </w:rPr>
        <w:t>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get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sticker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important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complete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above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information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onto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</w:rPr>
        <w:t>card</w:t>
      </w:r>
      <w:r>
        <w:rPr>
          <w:rFonts w:ascii="Calibri" w:eastAsia="Calibri" w:hAnsi="Calibri"/>
          <w:color w:val="000000"/>
          <w:spacing w:val="5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16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should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also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tick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which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played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from</w:t>
      </w:r>
      <w:r>
        <w:rPr>
          <w:rFonts w:ascii="Calibri" w:eastAsia="Calibri" w:hAnsi="Calibri"/>
          <w:color w:val="000000"/>
          <w:spacing w:val="16"/>
        </w:rPr>
        <w:t>.</w:t>
      </w:r>
    </w:p>
    <w:p w:rsidR="00A864D7" w:rsidRDefault="00EB075A">
      <w:pPr>
        <w:wordWrap w:val="0"/>
        <w:autoSpaceDE w:val="0"/>
        <w:autoSpaceDN w:val="0"/>
        <w:spacing w:before="232" w:after="34" w:line="255" w:lineRule="exact"/>
        <w:ind w:left="40"/>
      </w:pPr>
      <w:r>
        <w:rPr>
          <w:rFonts w:ascii="Calibri" w:eastAsia="Calibri" w:hAnsi="Calibri"/>
          <w:color w:val="2E5395"/>
          <w:spacing w:val="-3"/>
          <w:sz w:val="26"/>
        </w:rPr>
        <w:t>During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4"/>
          <w:sz w:val="26"/>
        </w:rPr>
        <w:t>a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w w:val="99"/>
          <w:sz w:val="26"/>
        </w:rPr>
        <w:t>round</w:t>
      </w:r>
    </w:p>
    <w:p w:rsidR="00A864D7" w:rsidRDefault="00EB075A">
      <w:pPr>
        <w:wordWrap w:val="0"/>
        <w:autoSpaceDE w:val="0"/>
        <w:autoSpaceDN w:val="0"/>
        <w:spacing w:before="68" w:after="112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first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tee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should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fellow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asking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mark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scores</w:t>
      </w:r>
      <w:r>
        <w:rPr>
          <w:rFonts w:ascii="Calibri" w:eastAsia="Calibri" w:hAnsi="Calibri"/>
          <w:color w:val="000000"/>
          <w:spacing w:val="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40"/>
      </w:pPr>
      <w:r>
        <w:rPr>
          <w:rFonts w:ascii="Calibri" w:eastAsia="Calibri" w:hAnsi="Calibri"/>
          <w:color w:val="000000"/>
          <w:spacing w:val="6"/>
        </w:rPr>
        <w:t>After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should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agree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gross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stokes/</w:t>
      </w:r>
      <w:r>
        <w:rPr>
          <w:rFonts w:ascii="Calibri" w:eastAsia="Calibri" w:hAnsi="Calibri"/>
          <w:color w:val="000000"/>
          <w:spacing w:val="3"/>
        </w:rPr>
        <w:t>shots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taken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hole</w:t>
      </w:r>
      <w:r>
        <w:rPr>
          <w:rFonts w:ascii="Calibri" w:eastAsia="Calibri" w:hAnsi="Calibri"/>
          <w:color w:val="000000"/>
          <w:spacing w:val="16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Its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important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fresh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airs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penalty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shots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dropped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shots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etc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4"/>
        </w:rPr>
        <w:t>all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counted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agreed</w:t>
      </w:r>
      <w:r>
        <w:rPr>
          <w:rFonts w:ascii="Calibri" w:eastAsia="Calibri" w:hAnsi="Calibri"/>
          <w:color w:val="000000"/>
          <w:spacing w:val="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marker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complete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while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keep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track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own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30" w:line="225" w:lineRule="exact"/>
        <w:ind w:left="40"/>
      </w:pPr>
      <w:r>
        <w:rPr>
          <w:rFonts w:ascii="Calibri" w:eastAsia="Calibri" w:hAnsi="Calibri"/>
          <w:color w:val="000000"/>
          <w:spacing w:val="-2"/>
        </w:rPr>
        <w:t>“</w:t>
      </w:r>
      <w:r>
        <w:rPr>
          <w:rFonts w:ascii="Calibri" w:eastAsia="Calibri" w:hAnsi="Calibri"/>
          <w:color w:val="000000"/>
          <w:spacing w:val="3"/>
        </w:rPr>
        <w:t>markers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column</w:t>
      </w:r>
      <w:r>
        <w:rPr>
          <w:rFonts w:ascii="Calibri" w:eastAsia="Calibri" w:hAnsi="Calibri"/>
          <w:color w:val="000000"/>
          <w:spacing w:val="-2"/>
        </w:rPr>
        <w:t>”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responsible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Calibri" w:eastAsia="Calibri" w:hAnsi="Calibri"/>
          <w:color w:val="000000"/>
          <w:spacing w:val="4"/>
        </w:rPr>
        <w:t>.</w:t>
      </w:r>
      <w:r>
        <w:rPr>
          <w:rFonts w:ascii="Times New Roman" w:eastAsia="Times New Roman" w:hAnsi="Times New Roman"/>
          <w:color w:val="000000"/>
          <w:spacing w:val="35"/>
        </w:rPr>
        <w:t xml:space="preserve"> </w:t>
      </w:r>
      <w:r>
        <w:rPr>
          <w:rFonts w:ascii="Calibri" w:eastAsia="Calibri" w:hAnsi="Calibri"/>
          <w:color w:val="000000"/>
        </w:rPr>
        <w:t>This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will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allow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ensure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</w:p>
    <w:p w:rsidR="00A864D7" w:rsidRDefault="00EB075A">
      <w:pPr>
        <w:wordWrap w:val="0"/>
        <w:autoSpaceDE w:val="0"/>
        <w:autoSpaceDN w:val="0"/>
        <w:spacing w:before="60" w:after="124" w:line="225" w:lineRule="exact"/>
        <w:ind w:left="40"/>
      </w:pPr>
      <w:r>
        <w:rPr>
          <w:rFonts w:ascii="Calibri" w:eastAsia="Calibri" w:hAnsi="Calibri"/>
          <w:color w:val="000000"/>
          <w:w w:val="101"/>
        </w:rPr>
        <w:t>correct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end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round</w:t>
      </w:r>
      <w:r>
        <w:rPr>
          <w:rFonts w:ascii="Calibri" w:eastAsia="Calibri" w:hAnsi="Calibri"/>
          <w:color w:val="000000"/>
          <w:spacing w:val="13"/>
        </w:rPr>
        <w:t>.</w:t>
      </w:r>
    </w:p>
    <w:p w:rsidR="00A864D7" w:rsidRDefault="00EB075A">
      <w:pPr>
        <w:wordWrap w:val="0"/>
        <w:autoSpaceDE w:val="0"/>
        <w:autoSpaceDN w:val="0"/>
        <w:spacing w:before="248" w:after="34" w:line="255" w:lineRule="exact"/>
        <w:ind w:left="40"/>
      </w:pPr>
      <w:r>
        <w:rPr>
          <w:rFonts w:ascii="Calibri" w:eastAsia="Calibri" w:hAnsi="Calibri"/>
          <w:color w:val="2E5395"/>
          <w:w w:val="101"/>
          <w:sz w:val="26"/>
        </w:rPr>
        <w:t>At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the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4"/>
          <w:sz w:val="26"/>
        </w:rPr>
        <w:t>end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of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pacing w:val="-3"/>
          <w:sz w:val="26"/>
        </w:rPr>
        <w:t>the</w:t>
      </w:r>
      <w:r>
        <w:rPr>
          <w:rFonts w:ascii="Times New Roman" w:eastAsia="Times New Roman" w:hAnsi="Times New Roman"/>
          <w:color w:val="2E5395"/>
          <w:spacing w:val="-5"/>
          <w:sz w:val="26"/>
        </w:rPr>
        <w:t xml:space="preserve"> </w:t>
      </w:r>
      <w:r>
        <w:rPr>
          <w:rFonts w:ascii="Calibri" w:eastAsia="Calibri" w:hAnsi="Calibri"/>
          <w:color w:val="2E5395"/>
          <w:sz w:val="26"/>
        </w:rPr>
        <w:t>round</w:t>
      </w:r>
    </w:p>
    <w:p w:rsidR="00A864D7" w:rsidRDefault="00EB075A">
      <w:pPr>
        <w:wordWrap w:val="0"/>
        <w:autoSpaceDE w:val="0"/>
        <w:autoSpaceDN w:val="0"/>
        <w:spacing w:before="68" w:after="30" w:line="225" w:lineRule="exact"/>
        <w:ind w:left="40"/>
      </w:pPr>
      <w:r>
        <w:rPr>
          <w:rFonts w:ascii="Calibri" w:eastAsia="Calibri" w:hAnsi="Calibri"/>
          <w:color w:val="000000"/>
          <w:spacing w:val="3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important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each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checks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their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has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signed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by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both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</w:p>
    <w:p w:rsidR="00A864D7" w:rsidRDefault="00EB075A">
      <w:pPr>
        <w:wordWrap w:val="0"/>
        <w:autoSpaceDE w:val="0"/>
        <w:autoSpaceDN w:val="0"/>
        <w:spacing w:before="60" w:after="113" w:line="225" w:lineRule="exact"/>
        <w:ind w:left="40"/>
      </w:pPr>
      <w:r>
        <w:rPr>
          <w:rFonts w:ascii="Calibri" w:eastAsia="Calibri" w:hAnsi="Calibri"/>
          <w:color w:val="000000"/>
        </w:rPr>
        <w:t>individual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marking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and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competitor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themselves</w:t>
      </w:r>
      <w:r>
        <w:rPr>
          <w:rFonts w:ascii="Calibri" w:eastAsia="Calibri" w:hAnsi="Calibri"/>
          <w:color w:val="000000"/>
          <w:spacing w:val="14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112" w:line="225" w:lineRule="exact"/>
        <w:ind w:left="40"/>
      </w:pPr>
      <w:r>
        <w:rPr>
          <w:rFonts w:ascii="Calibri" w:eastAsia="Calibri" w:hAnsi="Calibri"/>
          <w:color w:val="000000"/>
          <w:spacing w:val="6"/>
        </w:rPr>
        <w:t>As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signing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-2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taking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1"/>
        </w:rPr>
        <w:t>responsibility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of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your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fellow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player</w:t>
      </w:r>
      <w:r>
        <w:rPr>
          <w:rFonts w:ascii="Calibri" w:eastAsia="Calibri" w:hAnsi="Calibri"/>
          <w:color w:val="000000"/>
          <w:spacing w:val="1"/>
        </w:rPr>
        <w:t>.</w:t>
      </w:r>
    </w:p>
    <w:p w:rsidR="00A864D7" w:rsidRDefault="00EB075A">
      <w:pPr>
        <w:wordWrap w:val="0"/>
        <w:autoSpaceDE w:val="0"/>
        <w:autoSpaceDN w:val="0"/>
        <w:spacing w:before="225" w:after="30" w:line="225" w:lineRule="exact"/>
        <w:ind w:left="40"/>
      </w:pPr>
      <w:r>
        <w:rPr>
          <w:rFonts w:ascii="Calibri" w:eastAsia="Calibri" w:hAnsi="Calibri"/>
          <w:color w:val="000000"/>
          <w:spacing w:val="-1"/>
        </w:rPr>
        <w:t>All</w:t>
      </w:r>
      <w:r>
        <w:rPr>
          <w:rFonts w:ascii="Times New Roman" w:eastAsia="Times New Roman" w:hAnsi="Times New Roman"/>
          <w:color w:val="000000"/>
          <w:spacing w:val="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scores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should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then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uploaded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computer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room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beside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25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Pro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shop</w:t>
      </w:r>
      <w:r>
        <w:rPr>
          <w:rFonts w:ascii="Calibri" w:eastAsia="Calibri" w:hAnsi="Calibri"/>
          <w:color w:val="000000"/>
          <w:spacing w:val="1"/>
        </w:rPr>
        <w:t>.</w:t>
      </w:r>
      <w:r>
        <w:rPr>
          <w:rFonts w:ascii="Times New Roman" w:eastAsia="Times New Roman" w:hAnsi="Times New Roman"/>
          <w:color w:val="000000"/>
          <w:spacing w:val="1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It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99"/>
        </w:rPr>
        <w:t>is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imperative</w:t>
      </w:r>
    </w:p>
    <w:p w:rsidR="00A864D7" w:rsidRDefault="00EB075A">
      <w:pPr>
        <w:wordWrap w:val="0"/>
        <w:autoSpaceDE w:val="0"/>
        <w:autoSpaceDN w:val="0"/>
        <w:spacing w:before="60" w:after="112" w:line="225" w:lineRule="exact"/>
        <w:ind w:left="40"/>
      </w:pPr>
      <w:r>
        <w:rPr>
          <w:rFonts w:ascii="Calibri" w:eastAsia="Calibri" w:hAnsi="Calibri"/>
          <w:color w:val="000000"/>
          <w:spacing w:val="2"/>
        </w:rPr>
        <w:t>that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once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sign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>
        <w:rPr>
          <w:rFonts w:ascii="Calibri" w:eastAsia="Calibri" w:hAnsi="Calibri"/>
          <w:color w:val="000000"/>
          <w:w w:val="99"/>
        </w:rPr>
        <w:t>in</w:t>
      </w:r>
      <w:r>
        <w:rPr>
          <w:rFonts w:ascii="Calibri" w:eastAsia="Calibri" w:hAnsi="Calibri"/>
          <w:color w:val="000000"/>
          <w:spacing w:val="5"/>
        </w:rPr>
        <w:t>,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you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complete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either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on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computer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or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app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(</w:t>
      </w:r>
      <w:r>
        <w:rPr>
          <w:rFonts w:ascii="Calibri" w:eastAsia="Calibri" w:hAnsi="Calibri"/>
          <w:color w:val="000000"/>
        </w:rPr>
        <w:t>casual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only</w:t>
      </w:r>
      <w:r>
        <w:rPr>
          <w:rFonts w:ascii="Calibri" w:eastAsia="Calibri" w:hAnsi="Calibri"/>
          <w:color w:val="000000"/>
          <w:spacing w:val="15"/>
        </w:rPr>
        <w:t>).</w:t>
      </w:r>
    </w:p>
    <w:p w:rsidR="00A864D7" w:rsidRDefault="00EB075A">
      <w:pPr>
        <w:wordWrap w:val="0"/>
        <w:autoSpaceDE w:val="0"/>
        <w:autoSpaceDN w:val="0"/>
        <w:spacing w:before="225" w:after="0" w:line="225" w:lineRule="exact"/>
        <w:ind w:left="40"/>
      </w:pPr>
      <w:r>
        <w:rPr>
          <w:rFonts w:ascii="Calibri" w:eastAsia="Calibri" w:hAnsi="Calibri"/>
          <w:color w:val="000000"/>
          <w:spacing w:val="4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3"/>
        </w:rPr>
        <w:t>score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card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</w:rPr>
        <w:t>can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then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7"/>
        </w:rPr>
        <w:t>be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placed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w w:val="101"/>
        </w:rPr>
        <w:t>into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5"/>
        </w:rPr>
        <w:t>the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6"/>
        </w:rPr>
        <w:t>box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4"/>
        </w:rPr>
        <w:t>marked</w:t>
      </w:r>
      <w:r>
        <w:rPr>
          <w:rFonts w:ascii="Times New Roman" w:eastAsia="Times New Roman" w:hAnsi="Times New Roman"/>
          <w:color w:val="000000"/>
          <w:spacing w:val="3"/>
        </w:rPr>
        <w:t xml:space="preserve"> </w:t>
      </w:r>
      <w:r>
        <w:rPr>
          <w:rFonts w:ascii="Calibri" w:eastAsia="Calibri" w:hAnsi="Calibri"/>
          <w:color w:val="000000"/>
          <w:spacing w:val="8"/>
        </w:rPr>
        <w:t>-</w:t>
      </w:r>
      <w:r>
        <w:rPr>
          <w:rFonts w:ascii="Times New Roman" w:eastAsia="Times New Roman" w:hAnsi="Times New Roman"/>
          <w:color w:val="000000"/>
          <w:spacing w:val="-10"/>
        </w:rPr>
        <w:t xml:space="preserve"> </w:t>
      </w:r>
      <w:r>
        <w:rPr>
          <w:rFonts w:ascii="Calibri" w:eastAsia="Calibri" w:hAnsi="Calibri"/>
          <w:color w:val="000000"/>
          <w:spacing w:val="2"/>
        </w:rPr>
        <w:t>Junior</w:t>
      </w:r>
    </w:p>
    <w:sectPr w:rsidR="00A864D7" w:rsidSect="00034616">
      <w:pgSz w:w="11910" w:h="16845"/>
      <w:pgMar w:top="733" w:right="1339" w:bottom="1440" w:left="1402" w:header="720" w:footer="720" w:gutter="0"/>
      <w:cols w:space="720" w:equalWidth="0">
        <w:col w:w="9169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71C52C-9D0B-42CB-9AE2-28D5A4E17C40}"/>
    <w:embedBold r:id="rId2" w:fontKey="{91B773DD-98FE-4417-904C-021882293699}"/>
    <w:embedItalic r:id="rId3" w:fontKey="{6BD55A9D-31D9-40BC-9428-EF2F90449693}"/>
    <w:embedBoldItalic r:id="rId4" w:fontKey="{BFA4935F-70F4-420C-A69B-8A068D4CFD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defaultTabStop w:val="720"/>
  <w:noPunctuationKerning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A864D7"/>
    <w:rsid w:val="00AA1D8D"/>
    <w:rsid w:val="00AD10ED"/>
    <w:rsid w:val="00B47730"/>
    <w:rsid w:val="00CB0664"/>
    <w:rsid w:val="00E33915"/>
    <w:rsid w:val="00EB075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B31AB6"/>
  <w14:defaultImageDpi w14:val="300"/>
  <w15:docId w15:val="{16FE543F-2C4C-484D-8E0B-CA62EDF5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F1CCFD-A156-41B1-A1E7-ADB6674F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3423</Words>
  <Characters>19516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22894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20230830</dc:description>
  <cp:lastModifiedBy>Administrator</cp:lastModifiedBy>
  <cp:revision>2</cp:revision>
  <dcterms:created xsi:type="dcterms:W3CDTF">2024-03-27T10:44:00Z</dcterms:created>
  <dcterms:modified xsi:type="dcterms:W3CDTF">2024-03-27T10:44:00Z</dcterms:modified>
  <cp:category/>
</cp:coreProperties>
</file>